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4762"/>
        <w:gridCol w:w="4762"/>
      </w:tblGrid>
      <w:tr w:rsidR="00FC4FE5" w14:paraId="2868C143" w14:textId="77777777">
        <w:tc>
          <w:tcPr>
            <w:tcW w:w="4762" w:type="dxa"/>
            <w:tcMar>
              <w:top w:w="70" w:type="dxa"/>
              <w:left w:w="90" w:type="dxa"/>
              <w:bottom w:w="70" w:type="dxa"/>
              <w:right w:w="90" w:type="dxa"/>
            </w:tcMar>
            <w:vAlign w:val="center"/>
          </w:tcPr>
          <w:p w14:paraId="2765994D" w14:textId="77777777" w:rsidR="00FC4FE5" w:rsidRDefault="00000000">
            <w:pPr>
              <w:jc w:val="center"/>
            </w:pPr>
            <w:r>
              <w:rPr>
                <w:b/>
                <w:sz w:val="21"/>
              </w:rPr>
              <w:t>ROMÂNIA</w:t>
            </w:r>
            <w:r>
              <w:rPr>
                <w:b/>
                <w:sz w:val="21"/>
              </w:rPr>
              <w:br/>
              <w:t>JUDEȚUL PRAHOVA</w:t>
            </w:r>
            <w:r>
              <w:rPr>
                <w:b/>
                <w:sz w:val="21"/>
              </w:rPr>
              <w:br/>
              <w:t>COMUNA BUCOV</w:t>
            </w:r>
            <w:r>
              <w:rPr>
                <w:b/>
                <w:sz w:val="21"/>
              </w:rPr>
              <w:br/>
              <w:t>CONSILIUL LOCAL</w:t>
            </w:r>
          </w:p>
        </w:tc>
        <w:tc>
          <w:tcPr>
            <w:tcW w:w="4762" w:type="dxa"/>
            <w:tcMar>
              <w:top w:w="70" w:type="dxa"/>
              <w:left w:w="90" w:type="dxa"/>
              <w:bottom w:w="70" w:type="dxa"/>
              <w:right w:w="90" w:type="dxa"/>
            </w:tcMar>
            <w:vAlign w:val="center"/>
          </w:tcPr>
          <w:p w14:paraId="7FB6F1D7" w14:textId="1BDAC3FE" w:rsidR="00FC4FE5" w:rsidRDefault="00000000">
            <w:pPr>
              <w:jc w:val="center"/>
            </w:pPr>
            <w:r>
              <w:rPr>
                <w:b/>
                <w:sz w:val="22"/>
              </w:rPr>
              <w:t>PROIECT DE HOTĂRÂRE</w:t>
            </w:r>
            <w:r>
              <w:rPr>
                <w:b/>
                <w:sz w:val="22"/>
              </w:rPr>
              <w:br/>
            </w:r>
            <w:r>
              <w:rPr>
                <w:b/>
              </w:rPr>
              <w:t>Nr.</w:t>
            </w:r>
            <w:r w:rsidR="00EA09C3">
              <w:rPr>
                <w:b/>
              </w:rPr>
              <w:t>83</w:t>
            </w:r>
            <w:r>
              <w:rPr>
                <w:b/>
              </w:rPr>
              <w:t>/</w:t>
            </w:r>
            <w:r w:rsidR="00EA09C3">
              <w:rPr>
                <w:b/>
              </w:rPr>
              <w:t>18.09.</w:t>
            </w:r>
            <w:r>
              <w:rPr>
                <w:b/>
              </w:rPr>
              <w:t xml:space="preserve"> 2026</w:t>
            </w:r>
          </w:p>
        </w:tc>
      </w:tr>
    </w:tbl>
    <w:p w14:paraId="55CB006E" w14:textId="77777777" w:rsidR="00FC4FE5" w:rsidRDefault="00FC4FE5"/>
    <w:p w14:paraId="67DC54AD" w14:textId="77777777" w:rsidR="00FC4FE5" w:rsidRDefault="00000000">
      <w:pPr>
        <w:jc w:val="center"/>
      </w:pPr>
      <w:proofErr w:type="spellStart"/>
      <w:r>
        <w:rPr>
          <w:b/>
          <w:sz w:val="24"/>
        </w:rPr>
        <w:t>privind</w:t>
      </w:r>
      <w:proofErr w:type="spellEnd"/>
      <w:r>
        <w:rPr>
          <w:b/>
          <w:sz w:val="24"/>
        </w:rPr>
        <w:t xml:space="preserve"> </w:t>
      </w:r>
      <w:proofErr w:type="spellStart"/>
      <w:r>
        <w:rPr>
          <w:b/>
          <w:sz w:val="24"/>
        </w:rPr>
        <w:t>alegerea</w:t>
      </w:r>
      <w:proofErr w:type="spellEnd"/>
      <w:r>
        <w:rPr>
          <w:b/>
          <w:sz w:val="24"/>
        </w:rPr>
        <w:t xml:space="preserve"> </w:t>
      </w:r>
      <w:proofErr w:type="spellStart"/>
      <w:r>
        <w:rPr>
          <w:b/>
          <w:sz w:val="24"/>
        </w:rPr>
        <w:t>președintelui</w:t>
      </w:r>
      <w:proofErr w:type="spellEnd"/>
      <w:r>
        <w:rPr>
          <w:b/>
          <w:sz w:val="24"/>
        </w:rPr>
        <w:t xml:space="preserve"> de </w:t>
      </w:r>
      <w:proofErr w:type="spellStart"/>
      <w:r>
        <w:rPr>
          <w:b/>
          <w:sz w:val="24"/>
        </w:rPr>
        <w:t>ședință</w:t>
      </w:r>
      <w:proofErr w:type="spellEnd"/>
      <w:r>
        <w:rPr>
          <w:b/>
          <w:sz w:val="24"/>
        </w:rPr>
        <w:t xml:space="preserve"> al </w:t>
      </w:r>
      <w:proofErr w:type="spellStart"/>
      <w:r>
        <w:rPr>
          <w:b/>
          <w:sz w:val="24"/>
        </w:rPr>
        <w:t>Consiliului</w:t>
      </w:r>
      <w:proofErr w:type="spellEnd"/>
      <w:r>
        <w:rPr>
          <w:b/>
          <w:sz w:val="24"/>
        </w:rPr>
        <w:t xml:space="preserve"> Local al </w:t>
      </w:r>
      <w:proofErr w:type="spellStart"/>
      <w:r>
        <w:rPr>
          <w:b/>
          <w:sz w:val="24"/>
        </w:rPr>
        <w:t>Comunei</w:t>
      </w:r>
      <w:proofErr w:type="spellEnd"/>
      <w:r>
        <w:rPr>
          <w:b/>
          <w:sz w:val="24"/>
        </w:rPr>
        <w:t xml:space="preserve"> Bucov </w:t>
      </w:r>
      <w:proofErr w:type="spellStart"/>
      <w:r>
        <w:rPr>
          <w:b/>
          <w:sz w:val="24"/>
        </w:rPr>
        <w:t>pentru</w:t>
      </w:r>
      <w:proofErr w:type="spellEnd"/>
      <w:r>
        <w:rPr>
          <w:b/>
          <w:sz w:val="24"/>
        </w:rPr>
        <w:t xml:space="preserve"> </w:t>
      </w:r>
      <w:proofErr w:type="spellStart"/>
      <w:r>
        <w:rPr>
          <w:b/>
          <w:sz w:val="24"/>
        </w:rPr>
        <w:t>lunile</w:t>
      </w:r>
      <w:proofErr w:type="spellEnd"/>
      <w:r>
        <w:rPr>
          <w:b/>
          <w:sz w:val="24"/>
        </w:rPr>
        <w:t xml:space="preserve"> </w:t>
      </w:r>
      <w:proofErr w:type="spellStart"/>
      <w:r>
        <w:rPr>
          <w:b/>
          <w:sz w:val="24"/>
        </w:rPr>
        <w:t>septembrie</w:t>
      </w:r>
      <w:proofErr w:type="spellEnd"/>
      <w:r>
        <w:rPr>
          <w:b/>
          <w:sz w:val="24"/>
        </w:rPr>
        <w:t xml:space="preserve">, </w:t>
      </w:r>
      <w:proofErr w:type="spellStart"/>
      <w:r>
        <w:rPr>
          <w:b/>
          <w:sz w:val="24"/>
        </w:rPr>
        <w:t>octombrie</w:t>
      </w:r>
      <w:proofErr w:type="spellEnd"/>
      <w:r>
        <w:rPr>
          <w:b/>
          <w:sz w:val="24"/>
        </w:rPr>
        <w:t xml:space="preserve"> și </w:t>
      </w:r>
      <w:proofErr w:type="spellStart"/>
      <w:r>
        <w:rPr>
          <w:b/>
          <w:sz w:val="24"/>
        </w:rPr>
        <w:t>noiembrie</w:t>
      </w:r>
      <w:proofErr w:type="spellEnd"/>
      <w:r>
        <w:rPr>
          <w:b/>
          <w:sz w:val="24"/>
        </w:rPr>
        <w:t xml:space="preserve"> 2026</w:t>
      </w:r>
    </w:p>
    <w:p w14:paraId="0AA94D17" w14:textId="77777777" w:rsidR="00FC4FE5" w:rsidRDefault="00000000">
      <w:pPr>
        <w:ind w:firstLine="567"/>
        <w:jc w:val="both"/>
      </w:pPr>
      <w:proofErr w:type="spellStart"/>
      <w:r>
        <w:t>Consiliul</w:t>
      </w:r>
      <w:proofErr w:type="spellEnd"/>
      <w:r>
        <w:t xml:space="preserve"> Local al </w:t>
      </w:r>
      <w:proofErr w:type="spellStart"/>
      <w:r>
        <w:t>Comunei</w:t>
      </w:r>
      <w:proofErr w:type="spellEnd"/>
      <w:r>
        <w:t xml:space="preserve"> Bucov, </w:t>
      </w:r>
      <w:proofErr w:type="spellStart"/>
      <w:r>
        <w:t>județul</w:t>
      </w:r>
      <w:proofErr w:type="spellEnd"/>
      <w:r>
        <w:t xml:space="preserve"> Prahova, </w:t>
      </w:r>
      <w:proofErr w:type="spellStart"/>
      <w:r>
        <w:t>întrunit</w:t>
      </w:r>
      <w:proofErr w:type="spellEnd"/>
      <w:r>
        <w:t xml:space="preserve"> </w:t>
      </w:r>
      <w:proofErr w:type="spellStart"/>
      <w:r>
        <w:t>în</w:t>
      </w:r>
      <w:proofErr w:type="spellEnd"/>
      <w:r>
        <w:t xml:space="preserve"> </w:t>
      </w:r>
      <w:proofErr w:type="spellStart"/>
      <w:r>
        <w:t>ședința</w:t>
      </w:r>
      <w:proofErr w:type="spellEnd"/>
      <w:r>
        <w:t xml:space="preserve"> __________________ din data </w:t>
      </w:r>
      <w:proofErr w:type="spellStart"/>
      <w:r>
        <w:t>de</w:t>
      </w:r>
      <w:proofErr w:type="spellEnd"/>
      <w:r>
        <w:t xml:space="preserve"> ______________ 2026;</w:t>
      </w:r>
    </w:p>
    <w:p w14:paraId="1BFF0F79" w14:textId="77777777" w:rsidR="00FC4FE5" w:rsidRDefault="00000000">
      <w:pPr>
        <w:ind w:firstLine="567"/>
        <w:jc w:val="both"/>
      </w:pPr>
      <w:proofErr w:type="spellStart"/>
      <w:r>
        <w:t>Având</w:t>
      </w:r>
      <w:proofErr w:type="spellEnd"/>
      <w:r>
        <w:t xml:space="preserve"> </w:t>
      </w:r>
      <w:proofErr w:type="spellStart"/>
      <w:r>
        <w:t>în</w:t>
      </w:r>
      <w:proofErr w:type="spellEnd"/>
      <w:r>
        <w:t xml:space="preserve"> </w:t>
      </w:r>
      <w:proofErr w:type="spellStart"/>
      <w:r>
        <w:t>vedere</w:t>
      </w:r>
      <w:proofErr w:type="spellEnd"/>
      <w:r>
        <w:t>:</w:t>
      </w:r>
    </w:p>
    <w:p w14:paraId="23015D91" w14:textId="6D93100C" w:rsidR="00FC4FE5" w:rsidRDefault="00000000">
      <w:pPr>
        <w:ind w:left="397" w:hanging="198"/>
        <w:jc w:val="both"/>
      </w:pPr>
      <w:r>
        <w:t xml:space="preserve">– </w:t>
      </w:r>
      <w:proofErr w:type="spellStart"/>
      <w:r>
        <w:t>referatul</w:t>
      </w:r>
      <w:proofErr w:type="spellEnd"/>
      <w:r>
        <w:t xml:space="preserve"> de </w:t>
      </w:r>
      <w:proofErr w:type="spellStart"/>
      <w:r>
        <w:t>aprobare</w:t>
      </w:r>
      <w:proofErr w:type="spellEnd"/>
      <w:r>
        <w:t xml:space="preserve"> al </w:t>
      </w:r>
      <w:proofErr w:type="spellStart"/>
      <w:r>
        <w:t>inițiatorului</w:t>
      </w:r>
      <w:proofErr w:type="spellEnd"/>
      <w:r>
        <w:t xml:space="preserve">, </w:t>
      </w:r>
      <w:proofErr w:type="spellStart"/>
      <w:r>
        <w:t>înregistrat</w:t>
      </w:r>
      <w:proofErr w:type="spellEnd"/>
      <w:r>
        <w:t xml:space="preserve"> sub nr.</w:t>
      </w:r>
      <w:r w:rsidR="00EA09C3">
        <w:t>20330/18.09.2026</w:t>
      </w:r>
      <w:r>
        <w:t>;</w:t>
      </w:r>
    </w:p>
    <w:p w14:paraId="066F3788" w14:textId="01957278" w:rsidR="00FC4FE5" w:rsidRDefault="00000000">
      <w:pPr>
        <w:ind w:left="397" w:hanging="198"/>
        <w:jc w:val="both"/>
      </w:pPr>
      <w:r>
        <w:t xml:space="preserve">– </w:t>
      </w:r>
      <w:proofErr w:type="spellStart"/>
      <w:r>
        <w:t>raportul</w:t>
      </w:r>
      <w:proofErr w:type="spellEnd"/>
      <w:r>
        <w:t xml:space="preserve"> </w:t>
      </w:r>
      <w:proofErr w:type="spellStart"/>
      <w:r>
        <w:t>compartimentului</w:t>
      </w:r>
      <w:proofErr w:type="spellEnd"/>
      <w:r>
        <w:t xml:space="preserve"> de </w:t>
      </w:r>
      <w:proofErr w:type="spellStart"/>
      <w:r>
        <w:t>specialitate</w:t>
      </w:r>
      <w:proofErr w:type="spellEnd"/>
      <w:r>
        <w:t xml:space="preserve">, </w:t>
      </w:r>
      <w:proofErr w:type="spellStart"/>
      <w:r>
        <w:t>înregistrat</w:t>
      </w:r>
      <w:proofErr w:type="spellEnd"/>
      <w:r>
        <w:t xml:space="preserve"> sub nr. </w:t>
      </w:r>
      <w:r w:rsidR="00EA09C3">
        <w:t>20331/18.09.2026</w:t>
      </w:r>
      <w:r>
        <w:t>;</w:t>
      </w:r>
    </w:p>
    <w:p w14:paraId="73B20431" w14:textId="77777777" w:rsidR="00FC4FE5" w:rsidRDefault="00000000">
      <w:pPr>
        <w:ind w:left="397" w:hanging="198"/>
        <w:jc w:val="both"/>
      </w:pPr>
      <w:r>
        <w:t xml:space="preserve">– </w:t>
      </w:r>
      <w:proofErr w:type="spellStart"/>
      <w:r>
        <w:t>avizul</w:t>
      </w:r>
      <w:proofErr w:type="spellEnd"/>
      <w:r>
        <w:t xml:space="preserve"> </w:t>
      </w:r>
      <w:proofErr w:type="spellStart"/>
      <w:r>
        <w:t>comisiei</w:t>
      </w:r>
      <w:proofErr w:type="spellEnd"/>
      <w:r>
        <w:t xml:space="preserve"> de </w:t>
      </w:r>
      <w:proofErr w:type="spellStart"/>
      <w:r>
        <w:t>specialitate</w:t>
      </w:r>
      <w:proofErr w:type="spellEnd"/>
      <w:r>
        <w:t xml:space="preserve"> a </w:t>
      </w:r>
      <w:proofErr w:type="spellStart"/>
      <w:r>
        <w:t>Consiliului</w:t>
      </w:r>
      <w:proofErr w:type="spellEnd"/>
      <w:r>
        <w:t xml:space="preserve"> Local al </w:t>
      </w:r>
      <w:proofErr w:type="spellStart"/>
      <w:r>
        <w:t>Comunei</w:t>
      </w:r>
      <w:proofErr w:type="spellEnd"/>
      <w:r>
        <w:t xml:space="preserve"> Bucov;</w:t>
      </w:r>
    </w:p>
    <w:p w14:paraId="0F57B6F4" w14:textId="77777777" w:rsidR="00FC4FE5" w:rsidRDefault="00000000">
      <w:pPr>
        <w:ind w:left="397" w:hanging="198"/>
        <w:jc w:val="both"/>
      </w:pPr>
      <w:r>
        <w:t xml:space="preserve">– </w:t>
      </w:r>
      <w:proofErr w:type="spellStart"/>
      <w:r>
        <w:t>Regulamentul</w:t>
      </w:r>
      <w:proofErr w:type="spellEnd"/>
      <w:r>
        <w:t xml:space="preserve"> de </w:t>
      </w:r>
      <w:proofErr w:type="spellStart"/>
      <w:r>
        <w:t>organizare</w:t>
      </w:r>
      <w:proofErr w:type="spellEnd"/>
      <w:r>
        <w:t xml:space="preserve"> și </w:t>
      </w:r>
      <w:proofErr w:type="spellStart"/>
      <w:r>
        <w:t>funcționare</w:t>
      </w:r>
      <w:proofErr w:type="spellEnd"/>
      <w:r>
        <w:t xml:space="preserve"> a </w:t>
      </w:r>
      <w:proofErr w:type="spellStart"/>
      <w:r>
        <w:t>Consiliului</w:t>
      </w:r>
      <w:proofErr w:type="spellEnd"/>
      <w:r>
        <w:t xml:space="preserve"> Local al </w:t>
      </w:r>
      <w:proofErr w:type="spellStart"/>
      <w:r>
        <w:t>Comunei</w:t>
      </w:r>
      <w:proofErr w:type="spellEnd"/>
      <w:r>
        <w:t xml:space="preserve"> Bucov;</w:t>
      </w:r>
    </w:p>
    <w:p w14:paraId="33125887" w14:textId="77777777" w:rsidR="00FC4FE5" w:rsidRDefault="00000000">
      <w:pPr>
        <w:ind w:firstLine="567"/>
        <w:jc w:val="both"/>
      </w:pPr>
      <w:proofErr w:type="spellStart"/>
      <w:r>
        <w:t>În</w:t>
      </w:r>
      <w:proofErr w:type="spellEnd"/>
      <w:r>
        <w:t xml:space="preserve"> </w:t>
      </w:r>
      <w:proofErr w:type="spellStart"/>
      <w:r>
        <w:t>conformitate</w:t>
      </w:r>
      <w:proofErr w:type="spellEnd"/>
      <w:r>
        <w:t xml:space="preserve"> cu </w:t>
      </w:r>
      <w:proofErr w:type="spellStart"/>
      <w:r>
        <w:t>prevederile</w:t>
      </w:r>
      <w:proofErr w:type="spellEnd"/>
      <w:r>
        <w:t xml:space="preserve"> art. 123 </w:t>
      </w:r>
      <w:proofErr w:type="spellStart"/>
      <w:r>
        <w:t>alin</w:t>
      </w:r>
      <w:proofErr w:type="spellEnd"/>
      <w:r>
        <w:t xml:space="preserve">. (1) și </w:t>
      </w:r>
      <w:proofErr w:type="spellStart"/>
      <w:r>
        <w:t>alin</w:t>
      </w:r>
      <w:proofErr w:type="spellEnd"/>
      <w:r>
        <w:t xml:space="preserve">. (4) din </w:t>
      </w:r>
      <w:proofErr w:type="spellStart"/>
      <w:r>
        <w:t>Ordonanța</w:t>
      </w:r>
      <w:proofErr w:type="spellEnd"/>
      <w:r>
        <w:t xml:space="preserve"> de </w:t>
      </w:r>
      <w:proofErr w:type="spellStart"/>
      <w:r>
        <w:t>urgență</w:t>
      </w:r>
      <w:proofErr w:type="spellEnd"/>
      <w:r>
        <w:t xml:space="preserve"> a </w:t>
      </w:r>
      <w:proofErr w:type="spellStart"/>
      <w:r>
        <w:t>Guvernului</w:t>
      </w:r>
      <w:proofErr w:type="spellEnd"/>
      <w:r>
        <w:t xml:space="preserve"> nr. 57/2019 </w:t>
      </w:r>
      <w:proofErr w:type="spellStart"/>
      <w:r>
        <w:t>privind</w:t>
      </w:r>
      <w:proofErr w:type="spellEnd"/>
      <w:r>
        <w:t xml:space="preserve"> </w:t>
      </w:r>
      <w:proofErr w:type="spellStart"/>
      <w:r>
        <w:t>Codul</w:t>
      </w:r>
      <w:proofErr w:type="spellEnd"/>
      <w:r>
        <w:t xml:space="preserve"> </w:t>
      </w:r>
      <w:proofErr w:type="spellStart"/>
      <w:r>
        <w:t>administrativ</w:t>
      </w:r>
      <w:proofErr w:type="spellEnd"/>
      <w:r>
        <w:t xml:space="preserve">, cu </w:t>
      </w:r>
      <w:proofErr w:type="spellStart"/>
      <w:r>
        <w:t>modificările</w:t>
      </w:r>
      <w:proofErr w:type="spellEnd"/>
      <w:r>
        <w:t xml:space="preserve"> și </w:t>
      </w:r>
      <w:proofErr w:type="spellStart"/>
      <w:r>
        <w:t>completările</w:t>
      </w:r>
      <w:proofErr w:type="spellEnd"/>
      <w:r>
        <w:t xml:space="preserve"> </w:t>
      </w:r>
      <w:proofErr w:type="spellStart"/>
      <w:r>
        <w:t>ulterioare</w:t>
      </w:r>
      <w:proofErr w:type="spellEnd"/>
      <w:r>
        <w:t>;</w:t>
      </w:r>
    </w:p>
    <w:p w14:paraId="61DAFB1F" w14:textId="77777777" w:rsidR="00FC4FE5" w:rsidRDefault="00000000">
      <w:pPr>
        <w:ind w:firstLine="567"/>
        <w:jc w:val="both"/>
      </w:pPr>
      <w:proofErr w:type="spellStart"/>
      <w:r>
        <w:t>În</w:t>
      </w:r>
      <w:proofErr w:type="spellEnd"/>
      <w:r>
        <w:t xml:space="preserve"> </w:t>
      </w:r>
      <w:proofErr w:type="spellStart"/>
      <w:r>
        <w:t>temeiul</w:t>
      </w:r>
      <w:proofErr w:type="spellEnd"/>
      <w:r>
        <w:t xml:space="preserve"> art. 129 </w:t>
      </w:r>
      <w:proofErr w:type="spellStart"/>
      <w:r>
        <w:t>alin</w:t>
      </w:r>
      <w:proofErr w:type="spellEnd"/>
      <w:r>
        <w:t xml:space="preserve">. (1), art. 139 </w:t>
      </w:r>
      <w:proofErr w:type="spellStart"/>
      <w:r>
        <w:t>alin</w:t>
      </w:r>
      <w:proofErr w:type="spellEnd"/>
      <w:r>
        <w:t xml:space="preserve">. (1), </w:t>
      </w:r>
      <w:proofErr w:type="spellStart"/>
      <w:r>
        <w:t>coroborat</w:t>
      </w:r>
      <w:proofErr w:type="spellEnd"/>
      <w:r>
        <w:t xml:space="preserve"> cu art. 5 lit. ee), precum și al art. 196 </w:t>
      </w:r>
      <w:proofErr w:type="spellStart"/>
      <w:r>
        <w:t>alin</w:t>
      </w:r>
      <w:proofErr w:type="spellEnd"/>
      <w:r>
        <w:t xml:space="preserve">. (1) lit. a) din </w:t>
      </w:r>
      <w:proofErr w:type="spellStart"/>
      <w:r>
        <w:t>Ordonanța</w:t>
      </w:r>
      <w:proofErr w:type="spellEnd"/>
      <w:r>
        <w:t xml:space="preserve"> de </w:t>
      </w:r>
      <w:proofErr w:type="spellStart"/>
      <w:r>
        <w:t>urgență</w:t>
      </w:r>
      <w:proofErr w:type="spellEnd"/>
      <w:r>
        <w:t xml:space="preserve"> a </w:t>
      </w:r>
      <w:proofErr w:type="spellStart"/>
      <w:r>
        <w:t>Guvernului</w:t>
      </w:r>
      <w:proofErr w:type="spellEnd"/>
      <w:r>
        <w:t xml:space="preserve"> nr. 57/2019 </w:t>
      </w:r>
      <w:proofErr w:type="spellStart"/>
      <w:r>
        <w:t>privind</w:t>
      </w:r>
      <w:proofErr w:type="spellEnd"/>
      <w:r>
        <w:t xml:space="preserve"> </w:t>
      </w:r>
      <w:proofErr w:type="spellStart"/>
      <w:r>
        <w:t>Codul</w:t>
      </w:r>
      <w:proofErr w:type="spellEnd"/>
      <w:r>
        <w:t xml:space="preserve"> </w:t>
      </w:r>
      <w:proofErr w:type="spellStart"/>
      <w:r>
        <w:t>administrativ</w:t>
      </w:r>
      <w:proofErr w:type="spellEnd"/>
      <w:r>
        <w:t xml:space="preserve">, cu </w:t>
      </w:r>
      <w:proofErr w:type="spellStart"/>
      <w:r>
        <w:t>modificările</w:t>
      </w:r>
      <w:proofErr w:type="spellEnd"/>
      <w:r>
        <w:t xml:space="preserve"> și </w:t>
      </w:r>
      <w:proofErr w:type="spellStart"/>
      <w:r>
        <w:t>completările</w:t>
      </w:r>
      <w:proofErr w:type="spellEnd"/>
      <w:r>
        <w:t xml:space="preserve"> </w:t>
      </w:r>
      <w:proofErr w:type="spellStart"/>
      <w:r>
        <w:t>ulterioare</w:t>
      </w:r>
      <w:proofErr w:type="spellEnd"/>
      <w:r>
        <w:t>,</w:t>
      </w:r>
    </w:p>
    <w:p w14:paraId="28E0CA6D" w14:textId="77777777" w:rsidR="00FC4FE5" w:rsidRDefault="00000000">
      <w:pPr>
        <w:spacing w:before="80" w:after="100"/>
        <w:jc w:val="center"/>
      </w:pPr>
      <w:r>
        <w:rPr>
          <w:b/>
          <w:sz w:val="24"/>
        </w:rPr>
        <w:t>HOTĂRĂȘTE:</w:t>
      </w:r>
    </w:p>
    <w:p w14:paraId="52C27C3B" w14:textId="166912D5" w:rsidR="00FC4FE5" w:rsidRDefault="00000000">
      <w:pPr>
        <w:jc w:val="both"/>
      </w:pPr>
      <w:r>
        <w:rPr>
          <w:b/>
        </w:rPr>
        <w:t>Art. 1. –</w:t>
      </w:r>
      <w:r>
        <w:t xml:space="preserve"> </w:t>
      </w:r>
      <w:r w:rsidR="00EA09C3">
        <w:t>(</w:t>
      </w:r>
      <w:proofErr w:type="gramStart"/>
      <w:r w:rsidR="00EA09C3">
        <w:t>1)</w:t>
      </w:r>
      <w:r>
        <w:t>Se</w:t>
      </w:r>
      <w:proofErr w:type="gramEnd"/>
      <w:r>
        <w:t xml:space="preserve"> </w:t>
      </w:r>
      <w:proofErr w:type="spellStart"/>
      <w:r>
        <w:t>alege</w:t>
      </w:r>
      <w:proofErr w:type="spellEnd"/>
      <w:r>
        <w:t xml:space="preserve"> </w:t>
      </w:r>
      <w:proofErr w:type="spellStart"/>
      <w:r>
        <w:t>domnul</w:t>
      </w:r>
      <w:proofErr w:type="spellEnd"/>
      <w:r>
        <w:t xml:space="preserve"> </w:t>
      </w:r>
      <w:r w:rsidR="00EA09C3">
        <w:t>…………………………………</w:t>
      </w:r>
      <w:proofErr w:type="gramStart"/>
      <w:r w:rsidR="00EA09C3">
        <w:t>…..</w:t>
      </w:r>
      <w:proofErr w:type="spellStart"/>
      <w:proofErr w:type="gramEnd"/>
      <w:r>
        <w:t>consilier</w:t>
      </w:r>
      <w:proofErr w:type="spellEnd"/>
      <w:r>
        <w:t xml:space="preserve"> local, </w:t>
      </w:r>
      <w:proofErr w:type="spellStart"/>
      <w:r>
        <w:t>în</w:t>
      </w:r>
      <w:proofErr w:type="spellEnd"/>
      <w:r>
        <w:t xml:space="preserve"> </w:t>
      </w:r>
      <w:proofErr w:type="spellStart"/>
      <w:r>
        <w:t>funcția</w:t>
      </w:r>
      <w:proofErr w:type="spellEnd"/>
      <w:r>
        <w:t xml:space="preserve"> de </w:t>
      </w:r>
      <w:proofErr w:type="spellStart"/>
      <w:r>
        <w:t>președinte</w:t>
      </w:r>
      <w:proofErr w:type="spellEnd"/>
      <w:r>
        <w:t xml:space="preserve"> de </w:t>
      </w:r>
      <w:proofErr w:type="spellStart"/>
      <w:r>
        <w:t>ședință</w:t>
      </w:r>
      <w:proofErr w:type="spellEnd"/>
      <w:r>
        <w:t xml:space="preserve"> al </w:t>
      </w:r>
      <w:proofErr w:type="spellStart"/>
      <w:r>
        <w:t>Consiliului</w:t>
      </w:r>
      <w:proofErr w:type="spellEnd"/>
      <w:r>
        <w:t xml:space="preserve"> Local al </w:t>
      </w:r>
      <w:proofErr w:type="spellStart"/>
      <w:r>
        <w:t>Comunei</w:t>
      </w:r>
      <w:proofErr w:type="spellEnd"/>
      <w:r>
        <w:t xml:space="preserve"> Bucov, </w:t>
      </w:r>
      <w:proofErr w:type="spellStart"/>
      <w:r>
        <w:t>pentru</w:t>
      </w:r>
      <w:proofErr w:type="spellEnd"/>
      <w:r>
        <w:t xml:space="preserve"> o </w:t>
      </w:r>
      <w:proofErr w:type="spellStart"/>
      <w:r>
        <w:t>perioadă</w:t>
      </w:r>
      <w:proofErr w:type="spellEnd"/>
      <w:r>
        <w:t xml:space="preserve"> de 3 </w:t>
      </w:r>
      <w:proofErr w:type="spellStart"/>
      <w:r>
        <w:t>luni</w:t>
      </w:r>
      <w:proofErr w:type="spellEnd"/>
      <w:r>
        <w:t xml:space="preserve">, </w:t>
      </w:r>
      <w:proofErr w:type="spellStart"/>
      <w:r>
        <w:t>respectiv</w:t>
      </w:r>
      <w:proofErr w:type="spellEnd"/>
      <w:r>
        <w:t xml:space="preserve"> </w:t>
      </w:r>
      <w:proofErr w:type="spellStart"/>
      <w:r>
        <w:t>pentru</w:t>
      </w:r>
      <w:proofErr w:type="spellEnd"/>
      <w:r>
        <w:t xml:space="preserve"> </w:t>
      </w:r>
      <w:proofErr w:type="spellStart"/>
      <w:r>
        <w:t>lunile</w:t>
      </w:r>
      <w:proofErr w:type="spellEnd"/>
      <w:r>
        <w:t xml:space="preserve"> </w:t>
      </w:r>
      <w:proofErr w:type="spellStart"/>
      <w:r>
        <w:t>septembrie</w:t>
      </w:r>
      <w:proofErr w:type="spellEnd"/>
      <w:r>
        <w:t xml:space="preserve">, </w:t>
      </w:r>
      <w:proofErr w:type="spellStart"/>
      <w:r>
        <w:t>octombrie</w:t>
      </w:r>
      <w:proofErr w:type="spellEnd"/>
      <w:r>
        <w:t xml:space="preserve"> și </w:t>
      </w:r>
      <w:proofErr w:type="spellStart"/>
      <w:r>
        <w:t>noiembrie</w:t>
      </w:r>
      <w:proofErr w:type="spellEnd"/>
      <w:r>
        <w:t xml:space="preserve"> 2026.</w:t>
      </w:r>
    </w:p>
    <w:p w14:paraId="40FCED88" w14:textId="77777777" w:rsidR="00EA09C3" w:rsidRDefault="00EA09C3" w:rsidP="00EA09C3">
      <w:pPr>
        <w:pStyle w:val="isselectedend"/>
      </w:pPr>
      <w:r>
        <w:t xml:space="preserve">               (2) In lipsa domnului consilier............, ședințele vor fi conduse de către dl consilier........................................ </w:t>
      </w:r>
    </w:p>
    <w:p w14:paraId="0A24CBF6" w14:textId="6A184ADD" w:rsidR="00FC4FE5" w:rsidRDefault="00000000" w:rsidP="00EA09C3">
      <w:pPr>
        <w:pStyle w:val="isselectedend"/>
      </w:pPr>
      <w:r>
        <w:rPr>
          <w:b/>
        </w:rPr>
        <w:t>Art. 2. –</w:t>
      </w:r>
      <w:r>
        <w:t xml:space="preserve"> Pe durata prevăzută la art. 1, președintele de ședință conduce ședințele Consiliului Local al Comunei Bucov și exercită atribuțiile stabilite de art. 123 alin. (4) din Codul administrativ, de Regulamentul de organizare și funcționare a consiliului local și de celelalte dispoziții legale aplicabile.</w:t>
      </w:r>
    </w:p>
    <w:p w14:paraId="40B15EC1" w14:textId="77777777" w:rsidR="00FC4FE5" w:rsidRDefault="00000000">
      <w:pPr>
        <w:jc w:val="both"/>
      </w:pPr>
      <w:r>
        <w:rPr>
          <w:b/>
        </w:rPr>
        <w:t>Art. 3. –</w:t>
      </w:r>
      <w:r>
        <w:t xml:space="preserve"> </w:t>
      </w:r>
      <w:proofErr w:type="spellStart"/>
      <w:r>
        <w:t>Prezenta</w:t>
      </w:r>
      <w:proofErr w:type="spellEnd"/>
      <w:r>
        <w:t xml:space="preserve"> </w:t>
      </w:r>
      <w:proofErr w:type="spellStart"/>
      <w:r>
        <w:t>hotărâre</w:t>
      </w:r>
      <w:proofErr w:type="spellEnd"/>
      <w:r>
        <w:t xml:space="preserve"> se </w:t>
      </w:r>
      <w:proofErr w:type="spellStart"/>
      <w:r>
        <w:t>comunică</w:t>
      </w:r>
      <w:proofErr w:type="spellEnd"/>
      <w:r>
        <w:t xml:space="preserve">, </w:t>
      </w:r>
      <w:proofErr w:type="spellStart"/>
      <w:r>
        <w:t>prin</w:t>
      </w:r>
      <w:proofErr w:type="spellEnd"/>
      <w:r>
        <w:t xml:space="preserve"> </w:t>
      </w:r>
      <w:proofErr w:type="spellStart"/>
      <w:r>
        <w:t>grija</w:t>
      </w:r>
      <w:proofErr w:type="spellEnd"/>
      <w:r>
        <w:t xml:space="preserve"> </w:t>
      </w:r>
      <w:proofErr w:type="spellStart"/>
      <w:r>
        <w:t>secretarului</w:t>
      </w:r>
      <w:proofErr w:type="spellEnd"/>
      <w:r>
        <w:t xml:space="preserve"> general al </w:t>
      </w:r>
      <w:proofErr w:type="spellStart"/>
      <w:r>
        <w:t>Comunei</w:t>
      </w:r>
      <w:proofErr w:type="spellEnd"/>
      <w:r>
        <w:t xml:space="preserve"> Bucov, </w:t>
      </w:r>
      <w:proofErr w:type="spellStart"/>
      <w:r>
        <w:t>Instituției</w:t>
      </w:r>
      <w:proofErr w:type="spellEnd"/>
      <w:r>
        <w:t xml:space="preserve"> </w:t>
      </w:r>
      <w:proofErr w:type="spellStart"/>
      <w:r>
        <w:t>Prefectului</w:t>
      </w:r>
      <w:proofErr w:type="spellEnd"/>
      <w:r>
        <w:t xml:space="preserve"> – </w:t>
      </w:r>
      <w:proofErr w:type="spellStart"/>
      <w:r>
        <w:t>Județul</w:t>
      </w:r>
      <w:proofErr w:type="spellEnd"/>
      <w:r>
        <w:t xml:space="preserve"> Prahova, </w:t>
      </w:r>
      <w:proofErr w:type="spellStart"/>
      <w:r>
        <w:t>primarului</w:t>
      </w:r>
      <w:proofErr w:type="spellEnd"/>
      <w:r>
        <w:t xml:space="preserve"> </w:t>
      </w:r>
      <w:proofErr w:type="spellStart"/>
      <w:r>
        <w:t>Comunei</w:t>
      </w:r>
      <w:proofErr w:type="spellEnd"/>
      <w:r>
        <w:t xml:space="preserve"> Bucov, </w:t>
      </w:r>
      <w:proofErr w:type="spellStart"/>
      <w:r>
        <w:t>domnului</w:t>
      </w:r>
      <w:proofErr w:type="spellEnd"/>
      <w:r>
        <w:t xml:space="preserve"> Nicolescu Nicolae și se </w:t>
      </w:r>
      <w:proofErr w:type="spellStart"/>
      <w:r>
        <w:t>aduce</w:t>
      </w:r>
      <w:proofErr w:type="spellEnd"/>
      <w:r>
        <w:t xml:space="preserve"> la </w:t>
      </w:r>
      <w:proofErr w:type="spellStart"/>
      <w:r>
        <w:t>cunoștință</w:t>
      </w:r>
      <w:proofErr w:type="spellEnd"/>
      <w:r>
        <w:t xml:space="preserve"> </w:t>
      </w:r>
      <w:proofErr w:type="spellStart"/>
      <w:r>
        <w:t>publică</w:t>
      </w:r>
      <w:proofErr w:type="spellEnd"/>
      <w:r>
        <w:t xml:space="preserve"> </w:t>
      </w:r>
      <w:proofErr w:type="spellStart"/>
      <w:r>
        <w:t>prin</w:t>
      </w:r>
      <w:proofErr w:type="spellEnd"/>
      <w:r>
        <w:t xml:space="preserve"> </w:t>
      </w:r>
      <w:proofErr w:type="spellStart"/>
      <w:r>
        <w:t>publicarea</w:t>
      </w:r>
      <w:proofErr w:type="spellEnd"/>
      <w:r>
        <w:t xml:space="preserve"> </w:t>
      </w:r>
      <w:proofErr w:type="spellStart"/>
      <w:r>
        <w:t>în</w:t>
      </w:r>
      <w:proofErr w:type="spellEnd"/>
      <w:r>
        <w:t xml:space="preserve"> </w:t>
      </w:r>
      <w:proofErr w:type="spellStart"/>
      <w:r>
        <w:t>Monitorul</w:t>
      </w:r>
      <w:proofErr w:type="spellEnd"/>
      <w:r>
        <w:t xml:space="preserve"> </w:t>
      </w:r>
      <w:proofErr w:type="spellStart"/>
      <w:r>
        <w:t>Oficial</w:t>
      </w:r>
      <w:proofErr w:type="spellEnd"/>
      <w:r>
        <w:t xml:space="preserve"> Local al </w:t>
      </w:r>
      <w:proofErr w:type="spellStart"/>
      <w:r>
        <w:t>Comunei</w:t>
      </w:r>
      <w:proofErr w:type="spellEnd"/>
      <w:r>
        <w:t xml:space="preserve"> Bucov.</w:t>
      </w:r>
    </w:p>
    <w:p w14:paraId="6F8CE967" w14:textId="77777777" w:rsidR="00FC4FE5" w:rsidRDefault="00FC4FE5"/>
    <w:tbl>
      <w:tblPr>
        <w:tblW w:w="0" w:type="auto"/>
        <w:tblLayout w:type="fixed"/>
        <w:tblLook w:val="04A0" w:firstRow="1" w:lastRow="0" w:firstColumn="1" w:lastColumn="0" w:noHBand="0" w:noVBand="1"/>
      </w:tblPr>
      <w:tblGrid>
        <w:gridCol w:w="4762"/>
        <w:gridCol w:w="4762"/>
      </w:tblGrid>
      <w:tr w:rsidR="00FC4FE5" w14:paraId="163DD079" w14:textId="77777777">
        <w:tc>
          <w:tcPr>
            <w:tcW w:w="4762" w:type="dxa"/>
            <w:tcMar>
              <w:top w:w="120" w:type="dxa"/>
              <w:left w:w="90" w:type="dxa"/>
              <w:bottom w:w="70" w:type="dxa"/>
              <w:right w:w="90" w:type="dxa"/>
            </w:tcMar>
          </w:tcPr>
          <w:p w14:paraId="0BE305B7" w14:textId="77777777" w:rsidR="00FC4FE5" w:rsidRDefault="00000000">
            <w:pPr>
              <w:jc w:val="center"/>
            </w:pPr>
            <w:r>
              <w:rPr>
                <w:b/>
              </w:rPr>
              <w:t>INIȚIATOR</w:t>
            </w:r>
            <w:r>
              <w:rPr>
                <w:b/>
              </w:rPr>
              <w:br/>
            </w:r>
            <w:r>
              <w:t>________________________</w:t>
            </w:r>
            <w:r>
              <w:br/>
            </w:r>
            <w:r>
              <w:br/>
              <w:t>____________________</w:t>
            </w:r>
          </w:p>
        </w:tc>
        <w:tc>
          <w:tcPr>
            <w:tcW w:w="4762" w:type="dxa"/>
            <w:tcMar>
              <w:top w:w="120" w:type="dxa"/>
              <w:left w:w="90" w:type="dxa"/>
              <w:bottom w:w="70" w:type="dxa"/>
              <w:right w:w="90" w:type="dxa"/>
            </w:tcMar>
          </w:tcPr>
          <w:p w14:paraId="1F5EE32C" w14:textId="77777777" w:rsidR="00FC4FE5" w:rsidRDefault="00000000">
            <w:pPr>
              <w:jc w:val="center"/>
            </w:pPr>
            <w:r>
              <w:rPr>
                <w:b/>
              </w:rPr>
              <w:t>AVIZAT PENTRU LEGALITATE</w:t>
            </w:r>
            <w:r>
              <w:rPr>
                <w:b/>
              </w:rPr>
              <w:br/>
            </w:r>
            <w:proofErr w:type="spellStart"/>
            <w:r>
              <w:t>Secretarul</w:t>
            </w:r>
            <w:proofErr w:type="spellEnd"/>
            <w:r>
              <w:t xml:space="preserve"> general al </w:t>
            </w:r>
            <w:proofErr w:type="spellStart"/>
            <w:r>
              <w:t>Comunei</w:t>
            </w:r>
            <w:proofErr w:type="spellEnd"/>
            <w:r>
              <w:t xml:space="preserve"> Bucov</w:t>
            </w:r>
            <w:r>
              <w:br/>
              <w:t>Nae Florentina Cristina</w:t>
            </w:r>
            <w:r>
              <w:br/>
            </w:r>
            <w:r>
              <w:br/>
              <w:t>____________________</w:t>
            </w:r>
          </w:p>
        </w:tc>
      </w:tr>
    </w:tbl>
    <w:p w14:paraId="5C73825B" w14:textId="77777777" w:rsidR="00FC4FE5" w:rsidRDefault="00000000">
      <w:r>
        <w:br w:type="page"/>
      </w:r>
    </w:p>
    <w:tbl>
      <w:tblPr>
        <w:tblW w:w="0" w:type="auto"/>
        <w:tblLayout w:type="fixed"/>
        <w:tblLook w:val="04A0" w:firstRow="1" w:lastRow="0" w:firstColumn="1" w:lastColumn="0" w:noHBand="0" w:noVBand="1"/>
      </w:tblPr>
      <w:tblGrid>
        <w:gridCol w:w="4762"/>
        <w:gridCol w:w="4762"/>
      </w:tblGrid>
      <w:tr w:rsidR="00FC4FE5" w14:paraId="133ADD0A" w14:textId="77777777">
        <w:tc>
          <w:tcPr>
            <w:tcW w:w="4762" w:type="dxa"/>
            <w:tcMar>
              <w:top w:w="70" w:type="dxa"/>
              <w:left w:w="90" w:type="dxa"/>
              <w:bottom w:w="70" w:type="dxa"/>
              <w:right w:w="90" w:type="dxa"/>
            </w:tcMar>
            <w:vAlign w:val="center"/>
          </w:tcPr>
          <w:p w14:paraId="565CB313" w14:textId="77777777" w:rsidR="00FC4FE5" w:rsidRDefault="00000000">
            <w:pPr>
              <w:jc w:val="center"/>
            </w:pPr>
            <w:r>
              <w:rPr>
                <w:b/>
                <w:sz w:val="21"/>
              </w:rPr>
              <w:lastRenderedPageBreak/>
              <w:t>ROMÂNIA</w:t>
            </w:r>
            <w:r>
              <w:rPr>
                <w:b/>
                <w:sz w:val="21"/>
              </w:rPr>
              <w:br/>
              <w:t>JUDEȚUL PRAHOVA</w:t>
            </w:r>
            <w:r>
              <w:rPr>
                <w:b/>
                <w:sz w:val="21"/>
              </w:rPr>
              <w:br/>
              <w:t>COMUNA BUCOV</w:t>
            </w:r>
            <w:r>
              <w:rPr>
                <w:b/>
                <w:sz w:val="21"/>
              </w:rPr>
              <w:br/>
              <w:t>CONSILIUL LOCAL</w:t>
            </w:r>
          </w:p>
        </w:tc>
        <w:tc>
          <w:tcPr>
            <w:tcW w:w="4762" w:type="dxa"/>
            <w:tcMar>
              <w:top w:w="70" w:type="dxa"/>
              <w:left w:w="90" w:type="dxa"/>
              <w:bottom w:w="70" w:type="dxa"/>
              <w:right w:w="90" w:type="dxa"/>
            </w:tcMar>
            <w:vAlign w:val="center"/>
          </w:tcPr>
          <w:p w14:paraId="3D4ECDD3" w14:textId="7D26B79A" w:rsidR="00FC4FE5" w:rsidRDefault="00000000">
            <w:pPr>
              <w:jc w:val="center"/>
            </w:pPr>
            <w:r>
              <w:rPr>
                <w:b/>
                <w:sz w:val="22"/>
              </w:rPr>
              <w:t>REFERAT DE APROBARE</w:t>
            </w:r>
            <w:r>
              <w:rPr>
                <w:b/>
                <w:sz w:val="22"/>
              </w:rPr>
              <w:br/>
            </w:r>
            <w:r>
              <w:rPr>
                <w:b/>
              </w:rPr>
              <w:t xml:space="preserve">Nr. </w:t>
            </w:r>
            <w:r w:rsidR="00EA09C3">
              <w:rPr>
                <w:b/>
              </w:rPr>
              <w:t>20330/18.09.</w:t>
            </w:r>
            <w:r>
              <w:rPr>
                <w:b/>
              </w:rPr>
              <w:t>2026</w:t>
            </w:r>
          </w:p>
        </w:tc>
      </w:tr>
    </w:tbl>
    <w:p w14:paraId="543E83C0" w14:textId="77777777" w:rsidR="00FC4FE5" w:rsidRDefault="00FC4FE5"/>
    <w:p w14:paraId="7D5142A6" w14:textId="77777777" w:rsidR="00FC4FE5" w:rsidRDefault="00000000">
      <w:pPr>
        <w:jc w:val="center"/>
      </w:pPr>
      <w:r>
        <w:rPr>
          <w:b/>
          <w:sz w:val="26"/>
        </w:rPr>
        <w:t>REFERAT DE APROBARE</w:t>
      </w:r>
    </w:p>
    <w:p w14:paraId="3176DBB5" w14:textId="77777777" w:rsidR="00FC4FE5" w:rsidRDefault="00000000">
      <w:pPr>
        <w:jc w:val="center"/>
      </w:pPr>
      <w:r>
        <w:rPr>
          <w:b/>
        </w:rPr>
        <w:t xml:space="preserve">la </w:t>
      </w:r>
      <w:proofErr w:type="spellStart"/>
      <w:r>
        <w:rPr>
          <w:b/>
        </w:rPr>
        <w:t>proiectul</w:t>
      </w:r>
      <w:proofErr w:type="spellEnd"/>
      <w:r>
        <w:rPr>
          <w:b/>
        </w:rPr>
        <w:t xml:space="preserve"> de </w:t>
      </w:r>
      <w:proofErr w:type="spellStart"/>
      <w:r>
        <w:rPr>
          <w:b/>
        </w:rPr>
        <w:t>hotărâre</w:t>
      </w:r>
      <w:proofErr w:type="spellEnd"/>
      <w:r>
        <w:rPr>
          <w:b/>
        </w:rPr>
        <w:t xml:space="preserve"> </w:t>
      </w:r>
      <w:proofErr w:type="spellStart"/>
      <w:r>
        <w:rPr>
          <w:b/>
        </w:rPr>
        <w:t>privind</w:t>
      </w:r>
      <w:proofErr w:type="spellEnd"/>
      <w:r>
        <w:rPr>
          <w:b/>
        </w:rPr>
        <w:t xml:space="preserve"> </w:t>
      </w:r>
      <w:proofErr w:type="spellStart"/>
      <w:r>
        <w:rPr>
          <w:b/>
        </w:rPr>
        <w:t>alegerea</w:t>
      </w:r>
      <w:proofErr w:type="spellEnd"/>
      <w:r>
        <w:rPr>
          <w:b/>
        </w:rPr>
        <w:t xml:space="preserve"> </w:t>
      </w:r>
      <w:proofErr w:type="spellStart"/>
      <w:r>
        <w:rPr>
          <w:b/>
        </w:rPr>
        <w:t>președintelui</w:t>
      </w:r>
      <w:proofErr w:type="spellEnd"/>
      <w:r>
        <w:rPr>
          <w:b/>
        </w:rPr>
        <w:t xml:space="preserve"> de </w:t>
      </w:r>
      <w:proofErr w:type="spellStart"/>
      <w:r>
        <w:rPr>
          <w:b/>
        </w:rPr>
        <w:t>ședință</w:t>
      </w:r>
      <w:proofErr w:type="spellEnd"/>
      <w:r>
        <w:rPr>
          <w:b/>
        </w:rPr>
        <w:t xml:space="preserve"> al </w:t>
      </w:r>
      <w:proofErr w:type="spellStart"/>
      <w:r>
        <w:rPr>
          <w:b/>
        </w:rPr>
        <w:t>Consiliului</w:t>
      </w:r>
      <w:proofErr w:type="spellEnd"/>
      <w:r>
        <w:rPr>
          <w:b/>
        </w:rPr>
        <w:t xml:space="preserve"> Local al </w:t>
      </w:r>
      <w:proofErr w:type="spellStart"/>
      <w:r>
        <w:rPr>
          <w:b/>
        </w:rPr>
        <w:t>Comunei</w:t>
      </w:r>
      <w:proofErr w:type="spellEnd"/>
      <w:r>
        <w:rPr>
          <w:b/>
        </w:rPr>
        <w:t xml:space="preserve"> Bucov </w:t>
      </w:r>
      <w:proofErr w:type="spellStart"/>
      <w:r>
        <w:rPr>
          <w:b/>
        </w:rPr>
        <w:t>pentru</w:t>
      </w:r>
      <w:proofErr w:type="spellEnd"/>
      <w:r>
        <w:rPr>
          <w:b/>
        </w:rPr>
        <w:t xml:space="preserve"> </w:t>
      </w:r>
      <w:proofErr w:type="spellStart"/>
      <w:r>
        <w:rPr>
          <w:b/>
        </w:rPr>
        <w:t>lunile</w:t>
      </w:r>
      <w:proofErr w:type="spellEnd"/>
      <w:r>
        <w:rPr>
          <w:b/>
        </w:rPr>
        <w:t xml:space="preserve"> </w:t>
      </w:r>
      <w:proofErr w:type="spellStart"/>
      <w:r>
        <w:rPr>
          <w:b/>
        </w:rPr>
        <w:t>septembrie</w:t>
      </w:r>
      <w:proofErr w:type="spellEnd"/>
      <w:r>
        <w:rPr>
          <w:b/>
        </w:rPr>
        <w:t xml:space="preserve">, </w:t>
      </w:r>
      <w:proofErr w:type="spellStart"/>
      <w:r>
        <w:rPr>
          <w:b/>
        </w:rPr>
        <w:t>octombrie</w:t>
      </w:r>
      <w:proofErr w:type="spellEnd"/>
      <w:r>
        <w:rPr>
          <w:b/>
        </w:rPr>
        <w:t xml:space="preserve"> și </w:t>
      </w:r>
      <w:proofErr w:type="spellStart"/>
      <w:r>
        <w:rPr>
          <w:b/>
        </w:rPr>
        <w:t>noiembrie</w:t>
      </w:r>
      <w:proofErr w:type="spellEnd"/>
      <w:r>
        <w:rPr>
          <w:b/>
        </w:rPr>
        <w:t xml:space="preserve"> 2026</w:t>
      </w:r>
    </w:p>
    <w:p w14:paraId="37D77CE8" w14:textId="77777777" w:rsidR="00FC4FE5" w:rsidRDefault="00000000">
      <w:pPr>
        <w:ind w:firstLine="567"/>
        <w:jc w:val="both"/>
      </w:pPr>
      <w:proofErr w:type="spellStart"/>
      <w:r>
        <w:t>Potrivit</w:t>
      </w:r>
      <w:proofErr w:type="spellEnd"/>
      <w:r>
        <w:t xml:space="preserve"> art. 123 </w:t>
      </w:r>
      <w:proofErr w:type="spellStart"/>
      <w:r>
        <w:t>alin</w:t>
      </w:r>
      <w:proofErr w:type="spellEnd"/>
      <w:r>
        <w:t xml:space="preserve">. (1) din </w:t>
      </w:r>
      <w:proofErr w:type="spellStart"/>
      <w:r>
        <w:t>Ordonanța</w:t>
      </w:r>
      <w:proofErr w:type="spellEnd"/>
      <w:r>
        <w:t xml:space="preserve"> de </w:t>
      </w:r>
      <w:proofErr w:type="spellStart"/>
      <w:r>
        <w:t>urgență</w:t>
      </w:r>
      <w:proofErr w:type="spellEnd"/>
      <w:r>
        <w:t xml:space="preserve"> a </w:t>
      </w:r>
      <w:proofErr w:type="spellStart"/>
      <w:r>
        <w:t>Guvernului</w:t>
      </w:r>
      <w:proofErr w:type="spellEnd"/>
      <w:r>
        <w:t xml:space="preserve"> nr. 57/2019 </w:t>
      </w:r>
      <w:proofErr w:type="spellStart"/>
      <w:r>
        <w:t>privind</w:t>
      </w:r>
      <w:proofErr w:type="spellEnd"/>
      <w:r>
        <w:t xml:space="preserve"> </w:t>
      </w:r>
      <w:proofErr w:type="spellStart"/>
      <w:r>
        <w:t>Codul</w:t>
      </w:r>
      <w:proofErr w:type="spellEnd"/>
      <w:r>
        <w:t xml:space="preserve"> </w:t>
      </w:r>
      <w:proofErr w:type="spellStart"/>
      <w:r>
        <w:t>administrativ</w:t>
      </w:r>
      <w:proofErr w:type="spellEnd"/>
      <w:r>
        <w:t xml:space="preserve">, </w:t>
      </w:r>
      <w:proofErr w:type="spellStart"/>
      <w:r>
        <w:t>consiliul</w:t>
      </w:r>
      <w:proofErr w:type="spellEnd"/>
      <w:r>
        <w:t xml:space="preserve"> local </w:t>
      </w:r>
      <w:proofErr w:type="spellStart"/>
      <w:r>
        <w:t>alege</w:t>
      </w:r>
      <w:proofErr w:type="spellEnd"/>
      <w:r>
        <w:t xml:space="preserve"> </w:t>
      </w:r>
      <w:proofErr w:type="spellStart"/>
      <w:r>
        <w:t>dintre</w:t>
      </w:r>
      <w:proofErr w:type="spellEnd"/>
      <w:r>
        <w:t xml:space="preserve"> </w:t>
      </w:r>
      <w:proofErr w:type="spellStart"/>
      <w:r>
        <w:t>membrii</w:t>
      </w:r>
      <w:proofErr w:type="spellEnd"/>
      <w:r>
        <w:t xml:space="preserve"> </w:t>
      </w:r>
      <w:proofErr w:type="spellStart"/>
      <w:r>
        <w:t>săi</w:t>
      </w:r>
      <w:proofErr w:type="spellEnd"/>
      <w:r>
        <w:t xml:space="preserve"> un </w:t>
      </w:r>
      <w:proofErr w:type="spellStart"/>
      <w:r>
        <w:t>președinte</w:t>
      </w:r>
      <w:proofErr w:type="spellEnd"/>
      <w:r>
        <w:t xml:space="preserve"> de </w:t>
      </w:r>
      <w:proofErr w:type="spellStart"/>
      <w:r>
        <w:t>ședință</w:t>
      </w:r>
      <w:proofErr w:type="spellEnd"/>
      <w:r>
        <w:t xml:space="preserve">, </w:t>
      </w:r>
      <w:proofErr w:type="spellStart"/>
      <w:r>
        <w:t>pentru</w:t>
      </w:r>
      <w:proofErr w:type="spellEnd"/>
      <w:r>
        <w:t xml:space="preserve"> o </w:t>
      </w:r>
      <w:proofErr w:type="spellStart"/>
      <w:r>
        <w:t>perioadă</w:t>
      </w:r>
      <w:proofErr w:type="spellEnd"/>
      <w:r>
        <w:t xml:space="preserve"> de cel </w:t>
      </w:r>
      <w:proofErr w:type="spellStart"/>
      <w:r>
        <w:t>mult</w:t>
      </w:r>
      <w:proofErr w:type="spellEnd"/>
      <w:r>
        <w:t xml:space="preserve"> 3 </w:t>
      </w:r>
      <w:proofErr w:type="spellStart"/>
      <w:r>
        <w:t>luni</w:t>
      </w:r>
      <w:proofErr w:type="spellEnd"/>
      <w:r>
        <w:t xml:space="preserve">. </w:t>
      </w:r>
      <w:proofErr w:type="spellStart"/>
      <w:r>
        <w:t>Alegerea</w:t>
      </w:r>
      <w:proofErr w:type="spellEnd"/>
      <w:r>
        <w:t xml:space="preserve"> se </w:t>
      </w:r>
      <w:proofErr w:type="spellStart"/>
      <w:r>
        <w:t>realizează</w:t>
      </w:r>
      <w:proofErr w:type="spellEnd"/>
      <w:r>
        <w:t xml:space="preserve"> </w:t>
      </w:r>
      <w:proofErr w:type="spellStart"/>
      <w:r>
        <w:t>prin</w:t>
      </w:r>
      <w:proofErr w:type="spellEnd"/>
      <w:r>
        <w:t xml:space="preserve"> </w:t>
      </w:r>
      <w:proofErr w:type="spellStart"/>
      <w:r>
        <w:t>vot</w:t>
      </w:r>
      <w:proofErr w:type="spellEnd"/>
      <w:r>
        <w:t xml:space="preserve"> </w:t>
      </w:r>
      <w:proofErr w:type="spellStart"/>
      <w:r>
        <w:t>deschis</w:t>
      </w:r>
      <w:proofErr w:type="spellEnd"/>
      <w:r>
        <w:t xml:space="preserve">, cu </w:t>
      </w:r>
      <w:proofErr w:type="spellStart"/>
      <w:r>
        <w:t>majoritate</w:t>
      </w:r>
      <w:proofErr w:type="spellEnd"/>
      <w:r>
        <w:t xml:space="preserve"> </w:t>
      </w:r>
      <w:proofErr w:type="spellStart"/>
      <w:r>
        <w:t>simplă</w:t>
      </w:r>
      <w:proofErr w:type="spellEnd"/>
      <w:r>
        <w:t>.</w:t>
      </w:r>
    </w:p>
    <w:p w14:paraId="60DF9510" w14:textId="77777777" w:rsidR="00FC4FE5" w:rsidRDefault="00000000">
      <w:pPr>
        <w:ind w:firstLine="567"/>
        <w:jc w:val="both"/>
      </w:pPr>
      <w:proofErr w:type="spellStart"/>
      <w:r>
        <w:t>Președintele</w:t>
      </w:r>
      <w:proofErr w:type="spellEnd"/>
      <w:r>
        <w:t xml:space="preserve"> de </w:t>
      </w:r>
      <w:proofErr w:type="spellStart"/>
      <w:r>
        <w:t>ședință</w:t>
      </w:r>
      <w:proofErr w:type="spellEnd"/>
      <w:r>
        <w:t xml:space="preserve"> conduce </w:t>
      </w:r>
      <w:proofErr w:type="spellStart"/>
      <w:r>
        <w:t>ședințele</w:t>
      </w:r>
      <w:proofErr w:type="spellEnd"/>
      <w:r>
        <w:t xml:space="preserve"> </w:t>
      </w:r>
      <w:proofErr w:type="spellStart"/>
      <w:r>
        <w:t>consiliului</w:t>
      </w:r>
      <w:proofErr w:type="spellEnd"/>
      <w:r>
        <w:t xml:space="preserve"> local, </w:t>
      </w:r>
      <w:proofErr w:type="spellStart"/>
      <w:r>
        <w:t>supune</w:t>
      </w:r>
      <w:proofErr w:type="spellEnd"/>
      <w:r>
        <w:t xml:space="preserve"> </w:t>
      </w:r>
      <w:proofErr w:type="spellStart"/>
      <w:r>
        <w:t>votului</w:t>
      </w:r>
      <w:proofErr w:type="spellEnd"/>
      <w:r>
        <w:t xml:space="preserve"> </w:t>
      </w:r>
      <w:proofErr w:type="spellStart"/>
      <w:r>
        <w:t>proiectele</w:t>
      </w:r>
      <w:proofErr w:type="spellEnd"/>
      <w:r>
        <w:t xml:space="preserve"> de </w:t>
      </w:r>
      <w:proofErr w:type="spellStart"/>
      <w:r>
        <w:t>hotărâri</w:t>
      </w:r>
      <w:proofErr w:type="spellEnd"/>
      <w:r>
        <w:t xml:space="preserve"> și </w:t>
      </w:r>
      <w:proofErr w:type="spellStart"/>
      <w:r>
        <w:t>celelalte</w:t>
      </w:r>
      <w:proofErr w:type="spellEnd"/>
      <w:r>
        <w:t xml:space="preserve"> </w:t>
      </w:r>
      <w:proofErr w:type="spellStart"/>
      <w:r>
        <w:t>probleme</w:t>
      </w:r>
      <w:proofErr w:type="spellEnd"/>
      <w:r>
        <w:t xml:space="preserve"> </w:t>
      </w:r>
      <w:proofErr w:type="spellStart"/>
      <w:r>
        <w:t>aflate</w:t>
      </w:r>
      <w:proofErr w:type="spellEnd"/>
      <w:r>
        <w:t xml:space="preserve"> pe </w:t>
      </w:r>
      <w:proofErr w:type="spellStart"/>
      <w:r>
        <w:t>ordinea</w:t>
      </w:r>
      <w:proofErr w:type="spellEnd"/>
      <w:r>
        <w:t xml:space="preserve"> de zi, </w:t>
      </w:r>
      <w:proofErr w:type="spellStart"/>
      <w:r>
        <w:t>anunță</w:t>
      </w:r>
      <w:proofErr w:type="spellEnd"/>
      <w:r>
        <w:t xml:space="preserve"> </w:t>
      </w:r>
      <w:proofErr w:type="spellStart"/>
      <w:r>
        <w:t>rezultatul</w:t>
      </w:r>
      <w:proofErr w:type="spellEnd"/>
      <w:r>
        <w:t xml:space="preserve"> </w:t>
      </w:r>
      <w:proofErr w:type="spellStart"/>
      <w:r>
        <w:t>votării</w:t>
      </w:r>
      <w:proofErr w:type="spellEnd"/>
      <w:r>
        <w:t xml:space="preserve">, </w:t>
      </w:r>
      <w:proofErr w:type="spellStart"/>
      <w:r>
        <w:t>semnează</w:t>
      </w:r>
      <w:proofErr w:type="spellEnd"/>
      <w:r>
        <w:t xml:space="preserve"> </w:t>
      </w:r>
      <w:proofErr w:type="spellStart"/>
      <w:r>
        <w:t>procesele</w:t>
      </w:r>
      <w:proofErr w:type="spellEnd"/>
      <w:r>
        <w:t xml:space="preserve">-verbale și </w:t>
      </w:r>
      <w:proofErr w:type="spellStart"/>
      <w:r>
        <w:t>hotărârile</w:t>
      </w:r>
      <w:proofErr w:type="spellEnd"/>
      <w:r>
        <w:t xml:space="preserve"> </w:t>
      </w:r>
      <w:proofErr w:type="spellStart"/>
      <w:r>
        <w:t>adoptate</w:t>
      </w:r>
      <w:proofErr w:type="spellEnd"/>
      <w:r>
        <w:t xml:space="preserve"> și </w:t>
      </w:r>
      <w:proofErr w:type="spellStart"/>
      <w:r>
        <w:t>exercită</w:t>
      </w:r>
      <w:proofErr w:type="spellEnd"/>
      <w:r>
        <w:t xml:space="preserve"> </w:t>
      </w:r>
      <w:proofErr w:type="spellStart"/>
      <w:r>
        <w:t>celelalte</w:t>
      </w:r>
      <w:proofErr w:type="spellEnd"/>
      <w:r>
        <w:t xml:space="preserve"> </w:t>
      </w:r>
      <w:proofErr w:type="spellStart"/>
      <w:r>
        <w:t>atribuții</w:t>
      </w:r>
      <w:proofErr w:type="spellEnd"/>
      <w:r>
        <w:t xml:space="preserve"> </w:t>
      </w:r>
      <w:proofErr w:type="spellStart"/>
      <w:r>
        <w:t>prevăzute</w:t>
      </w:r>
      <w:proofErr w:type="spellEnd"/>
      <w:r>
        <w:t xml:space="preserve"> de </w:t>
      </w:r>
      <w:proofErr w:type="spellStart"/>
      <w:r>
        <w:t>lege</w:t>
      </w:r>
      <w:proofErr w:type="spellEnd"/>
      <w:r>
        <w:t xml:space="preserve"> și de </w:t>
      </w:r>
      <w:proofErr w:type="spellStart"/>
      <w:r>
        <w:t>regulamentul</w:t>
      </w:r>
      <w:proofErr w:type="spellEnd"/>
      <w:r>
        <w:t xml:space="preserve"> de </w:t>
      </w:r>
      <w:proofErr w:type="spellStart"/>
      <w:r>
        <w:t>organizare</w:t>
      </w:r>
      <w:proofErr w:type="spellEnd"/>
      <w:r>
        <w:t xml:space="preserve"> și </w:t>
      </w:r>
      <w:proofErr w:type="spellStart"/>
      <w:r>
        <w:t>funcționare</w:t>
      </w:r>
      <w:proofErr w:type="spellEnd"/>
      <w:r>
        <w:t>.</w:t>
      </w:r>
    </w:p>
    <w:p w14:paraId="7C667D45" w14:textId="77777777" w:rsidR="00FC4FE5" w:rsidRDefault="00000000">
      <w:pPr>
        <w:ind w:firstLine="567"/>
        <w:jc w:val="both"/>
      </w:pPr>
      <w:proofErr w:type="spellStart"/>
      <w:r>
        <w:t>Pentru</w:t>
      </w:r>
      <w:proofErr w:type="spellEnd"/>
      <w:r>
        <w:t xml:space="preserve"> </w:t>
      </w:r>
      <w:proofErr w:type="spellStart"/>
      <w:r>
        <w:t>asigurarea</w:t>
      </w:r>
      <w:proofErr w:type="spellEnd"/>
      <w:r>
        <w:t xml:space="preserve"> </w:t>
      </w:r>
      <w:proofErr w:type="spellStart"/>
      <w:r>
        <w:t>continuității</w:t>
      </w:r>
      <w:proofErr w:type="spellEnd"/>
      <w:r>
        <w:t xml:space="preserve"> </w:t>
      </w:r>
      <w:proofErr w:type="spellStart"/>
      <w:r>
        <w:t>conducerii</w:t>
      </w:r>
      <w:proofErr w:type="spellEnd"/>
      <w:r>
        <w:t xml:space="preserve"> </w:t>
      </w:r>
      <w:proofErr w:type="spellStart"/>
      <w:r>
        <w:t>ședințelor</w:t>
      </w:r>
      <w:proofErr w:type="spellEnd"/>
      <w:r>
        <w:t xml:space="preserve"> </w:t>
      </w:r>
      <w:proofErr w:type="spellStart"/>
      <w:r>
        <w:t>Consiliului</w:t>
      </w:r>
      <w:proofErr w:type="spellEnd"/>
      <w:r>
        <w:t xml:space="preserve"> Local al </w:t>
      </w:r>
      <w:proofErr w:type="spellStart"/>
      <w:r>
        <w:t>Comunei</w:t>
      </w:r>
      <w:proofErr w:type="spellEnd"/>
      <w:r>
        <w:t xml:space="preserve"> Bucov </w:t>
      </w:r>
      <w:proofErr w:type="spellStart"/>
      <w:r>
        <w:t>în</w:t>
      </w:r>
      <w:proofErr w:type="spellEnd"/>
      <w:r>
        <w:t xml:space="preserve"> </w:t>
      </w:r>
      <w:proofErr w:type="spellStart"/>
      <w:r>
        <w:t>lunile</w:t>
      </w:r>
      <w:proofErr w:type="spellEnd"/>
      <w:r>
        <w:t xml:space="preserve"> </w:t>
      </w:r>
      <w:proofErr w:type="spellStart"/>
      <w:r>
        <w:t>septembrie</w:t>
      </w:r>
      <w:proofErr w:type="spellEnd"/>
      <w:r>
        <w:t xml:space="preserve">, </w:t>
      </w:r>
      <w:proofErr w:type="spellStart"/>
      <w:r>
        <w:t>octombrie</w:t>
      </w:r>
      <w:proofErr w:type="spellEnd"/>
      <w:r>
        <w:t xml:space="preserve"> și </w:t>
      </w:r>
      <w:proofErr w:type="spellStart"/>
      <w:r>
        <w:t>noiembrie</w:t>
      </w:r>
      <w:proofErr w:type="spellEnd"/>
      <w:r>
        <w:t xml:space="preserve"> 2026, </w:t>
      </w:r>
      <w:proofErr w:type="spellStart"/>
      <w:r>
        <w:t>propun</w:t>
      </w:r>
      <w:proofErr w:type="spellEnd"/>
      <w:r>
        <w:t xml:space="preserve"> </w:t>
      </w:r>
      <w:proofErr w:type="spellStart"/>
      <w:r>
        <w:t>alegerea</w:t>
      </w:r>
      <w:proofErr w:type="spellEnd"/>
      <w:r>
        <w:t xml:space="preserve"> </w:t>
      </w:r>
      <w:proofErr w:type="spellStart"/>
      <w:r>
        <w:t>domnului</w:t>
      </w:r>
      <w:proofErr w:type="spellEnd"/>
      <w:r>
        <w:t xml:space="preserve"> Nicolescu Nicolae, </w:t>
      </w:r>
      <w:proofErr w:type="spellStart"/>
      <w:r>
        <w:t>consilier</w:t>
      </w:r>
      <w:proofErr w:type="spellEnd"/>
      <w:r>
        <w:t xml:space="preserve"> local, ca </w:t>
      </w:r>
      <w:proofErr w:type="spellStart"/>
      <w:r>
        <w:t>președinte</w:t>
      </w:r>
      <w:proofErr w:type="spellEnd"/>
      <w:r>
        <w:t xml:space="preserve"> de </w:t>
      </w:r>
      <w:proofErr w:type="spellStart"/>
      <w:r>
        <w:t>ședință</w:t>
      </w:r>
      <w:proofErr w:type="spellEnd"/>
      <w:r>
        <w:t xml:space="preserve"> </w:t>
      </w:r>
      <w:proofErr w:type="spellStart"/>
      <w:r>
        <w:t>pentru</w:t>
      </w:r>
      <w:proofErr w:type="spellEnd"/>
      <w:r>
        <w:t xml:space="preserve"> </w:t>
      </w:r>
      <w:proofErr w:type="spellStart"/>
      <w:r>
        <w:t>această</w:t>
      </w:r>
      <w:proofErr w:type="spellEnd"/>
      <w:r>
        <w:t xml:space="preserve"> </w:t>
      </w:r>
      <w:proofErr w:type="spellStart"/>
      <w:r>
        <w:t>perioadă</w:t>
      </w:r>
      <w:proofErr w:type="spellEnd"/>
      <w:r>
        <w:t xml:space="preserve"> de 3 </w:t>
      </w:r>
      <w:proofErr w:type="spellStart"/>
      <w:r>
        <w:t>luni</w:t>
      </w:r>
      <w:proofErr w:type="spellEnd"/>
      <w:r>
        <w:t>.</w:t>
      </w:r>
    </w:p>
    <w:p w14:paraId="02E0C6F1" w14:textId="77777777" w:rsidR="00FC4FE5" w:rsidRDefault="00000000">
      <w:pPr>
        <w:ind w:firstLine="567"/>
        <w:jc w:val="both"/>
      </w:pPr>
      <w:proofErr w:type="spellStart"/>
      <w:r>
        <w:t>Față</w:t>
      </w:r>
      <w:proofErr w:type="spellEnd"/>
      <w:r>
        <w:t xml:space="preserve"> de </w:t>
      </w:r>
      <w:proofErr w:type="spellStart"/>
      <w:r>
        <w:t>cele</w:t>
      </w:r>
      <w:proofErr w:type="spellEnd"/>
      <w:r>
        <w:t xml:space="preserve"> </w:t>
      </w:r>
      <w:proofErr w:type="spellStart"/>
      <w:r>
        <w:t>prezentate</w:t>
      </w:r>
      <w:proofErr w:type="spellEnd"/>
      <w:r>
        <w:t xml:space="preserve">, </w:t>
      </w:r>
      <w:proofErr w:type="spellStart"/>
      <w:r>
        <w:t>supun</w:t>
      </w:r>
      <w:proofErr w:type="spellEnd"/>
      <w:r>
        <w:t xml:space="preserve"> </w:t>
      </w:r>
      <w:proofErr w:type="spellStart"/>
      <w:r>
        <w:t>spre</w:t>
      </w:r>
      <w:proofErr w:type="spellEnd"/>
      <w:r>
        <w:t xml:space="preserve"> </w:t>
      </w:r>
      <w:proofErr w:type="spellStart"/>
      <w:r>
        <w:t>dezbatere</w:t>
      </w:r>
      <w:proofErr w:type="spellEnd"/>
      <w:r>
        <w:t xml:space="preserve"> și </w:t>
      </w:r>
      <w:proofErr w:type="spellStart"/>
      <w:r>
        <w:t>aprobare</w:t>
      </w:r>
      <w:proofErr w:type="spellEnd"/>
      <w:r>
        <w:t xml:space="preserve"> </w:t>
      </w:r>
      <w:proofErr w:type="spellStart"/>
      <w:r>
        <w:t>Consiliului</w:t>
      </w:r>
      <w:proofErr w:type="spellEnd"/>
      <w:r>
        <w:t xml:space="preserve"> Local al </w:t>
      </w:r>
      <w:proofErr w:type="spellStart"/>
      <w:r>
        <w:t>Comunei</w:t>
      </w:r>
      <w:proofErr w:type="spellEnd"/>
      <w:r>
        <w:t xml:space="preserve"> Bucov </w:t>
      </w:r>
      <w:proofErr w:type="spellStart"/>
      <w:r>
        <w:t>proiectul</w:t>
      </w:r>
      <w:proofErr w:type="spellEnd"/>
      <w:r>
        <w:t xml:space="preserve"> de </w:t>
      </w:r>
      <w:proofErr w:type="spellStart"/>
      <w:r>
        <w:t>hotărâre</w:t>
      </w:r>
      <w:proofErr w:type="spellEnd"/>
      <w:r>
        <w:t xml:space="preserve"> </w:t>
      </w:r>
      <w:proofErr w:type="spellStart"/>
      <w:r>
        <w:t>în</w:t>
      </w:r>
      <w:proofErr w:type="spellEnd"/>
      <w:r>
        <w:t xml:space="preserve"> forma </w:t>
      </w:r>
      <w:proofErr w:type="spellStart"/>
      <w:r>
        <w:t>anexată</w:t>
      </w:r>
      <w:proofErr w:type="spellEnd"/>
      <w:r>
        <w:t>.</w:t>
      </w:r>
    </w:p>
    <w:p w14:paraId="043CBD3B" w14:textId="77777777" w:rsidR="00FC4FE5" w:rsidRDefault="00FC4FE5"/>
    <w:tbl>
      <w:tblPr>
        <w:tblW w:w="0" w:type="auto"/>
        <w:tblLayout w:type="fixed"/>
        <w:tblLook w:val="04A0" w:firstRow="1" w:lastRow="0" w:firstColumn="1" w:lastColumn="0" w:noHBand="0" w:noVBand="1"/>
      </w:tblPr>
      <w:tblGrid>
        <w:gridCol w:w="4762"/>
        <w:gridCol w:w="4762"/>
      </w:tblGrid>
      <w:tr w:rsidR="00FC4FE5" w14:paraId="5BAA0631" w14:textId="77777777">
        <w:tc>
          <w:tcPr>
            <w:tcW w:w="4762" w:type="dxa"/>
            <w:tcMar>
              <w:top w:w="120" w:type="dxa"/>
              <w:left w:w="90" w:type="dxa"/>
              <w:bottom w:w="70" w:type="dxa"/>
              <w:right w:w="90" w:type="dxa"/>
            </w:tcMar>
          </w:tcPr>
          <w:p w14:paraId="29344453" w14:textId="2F76B4F2" w:rsidR="00FC4FE5" w:rsidRDefault="00000000">
            <w:pPr>
              <w:jc w:val="center"/>
            </w:pPr>
            <w:r>
              <w:rPr>
                <w:b/>
              </w:rPr>
              <w:t>INIȚIATOR</w:t>
            </w:r>
            <w:r>
              <w:rPr>
                <w:b/>
              </w:rPr>
              <w:br/>
            </w:r>
            <w:r w:rsidR="00BD0BC4">
              <w:t>SAVU ION</w:t>
            </w:r>
            <w:r>
              <w:br/>
            </w:r>
            <w:r>
              <w:br/>
              <w:t>____________________</w:t>
            </w:r>
          </w:p>
        </w:tc>
        <w:tc>
          <w:tcPr>
            <w:tcW w:w="4762" w:type="dxa"/>
            <w:tcMar>
              <w:top w:w="120" w:type="dxa"/>
              <w:left w:w="90" w:type="dxa"/>
              <w:bottom w:w="70" w:type="dxa"/>
              <w:right w:w="90" w:type="dxa"/>
            </w:tcMar>
          </w:tcPr>
          <w:p w14:paraId="552DDDFD" w14:textId="77777777" w:rsidR="00FC4FE5" w:rsidRDefault="00FC4FE5">
            <w:pPr>
              <w:jc w:val="center"/>
            </w:pPr>
          </w:p>
        </w:tc>
      </w:tr>
    </w:tbl>
    <w:p w14:paraId="24BC6EB4" w14:textId="77777777" w:rsidR="00FC4FE5" w:rsidRDefault="00000000">
      <w:r>
        <w:br w:type="page"/>
      </w:r>
    </w:p>
    <w:tbl>
      <w:tblPr>
        <w:tblW w:w="0" w:type="auto"/>
        <w:tblLayout w:type="fixed"/>
        <w:tblLook w:val="04A0" w:firstRow="1" w:lastRow="0" w:firstColumn="1" w:lastColumn="0" w:noHBand="0" w:noVBand="1"/>
      </w:tblPr>
      <w:tblGrid>
        <w:gridCol w:w="4762"/>
        <w:gridCol w:w="4762"/>
      </w:tblGrid>
      <w:tr w:rsidR="00FC4FE5" w14:paraId="53AA32B5" w14:textId="77777777">
        <w:tc>
          <w:tcPr>
            <w:tcW w:w="4762" w:type="dxa"/>
            <w:tcMar>
              <w:top w:w="70" w:type="dxa"/>
              <w:left w:w="90" w:type="dxa"/>
              <w:bottom w:w="70" w:type="dxa"/>
              <w:right w:w="90" w:type="dxa"/>
            </w:tcMar>
            <w:vAlign w:val="center"/>
          </w:tcPr>
          <w:p w14:paraId="6BEFAE41" w14:textId="77777777" w:rsidR="00FC4FE5" w:rsidRDefault="00000000">
            <w:pPr>
              <w:jc w:val="center"/>
            </w:pPr>
            <w:r>
              <w:rPr>
                <w:b/>
                <w:sz w:val="21"/>
              </w:rPr>
              <w:lastRenderedPageBreak/>
              <w:t>ROMÂNIA</w:t>
            </w:r>
            <w:r>
              <w:rPr>
                <w:b/>
                <w:sz w:val="21"/>
              </w:rPr>
              <w:br/>
              <w:t>JUDEȚUL PRAHOVA</w:t>
            </w:r>
            <w:r>
              <w:rPr>
                <w:b/>
                <w:sz w:val="21"/>
              </w:rPr>
              <w:br/>
              <w:t>COMUNA BUCOV</w:t>
            </w:r>
            <w:r>
              <w:rPr>
                <w:b/>
                <w:sz w:val="21"/>
              </w:rPr>
              <w:br/>
              <w:t>CONSILIUL LOCAL</w:t>
            </w:r>
          </w:p>
        </w:tc>
        <w:tc>
          <w:tcPr>
            <w:tcW w:w="4762" w:type="dxa"/>
            <w:tcMar>
              <w:top w:w="70" w:type="dxa"/>
              <w:left w:w="90" w:type="dxa"/>
              <w:bottom w:w="70" w:type="dxa"/>
              <w:right w:w="90" w:type="dxa"/>
            </w:tcMar>
            <w:vAlign w:val="center"/>
          </w:tcPr>
          <w:p w14:paraId="64FCDCA9" w14:textId="6A721E97" w:rsidR="00FC4FE5" w:rsidRDefault="00000000">
            <w:pPr>
              <w:jc w:val="center"/>
            </w:pPr>
            <w:r>
              <w:rPr>
                <w:b/>
                <w:sz w:val="22"/>
              </w:rPr>
              <w:t>RAPORT DE SPECIALITATE</w:t>
            </w:r>
            <w:r>
              <w:rPr>
                <w:b/>
                <w:sz w:val="22"/>
              </w:rPr>
              <w:br/>
            </w:r>
            <w:r>
              <w:rPr>
                <w:b/>
              </w:rPr>
              <w:t xml:space="preserve">Nr. </w:t>
            </w:r>
            <w:r w:rsidR="00EA09C3">
              <w:rPr>
                <w:b/>
              </w:rPr>
              <w:t>20331</w:t>
            </w:r>
            <w:r>
              <w:rPr>
                <w:b/>
              </w:rPr>
              <w:t>/</w:t>
            </w:r>
            <w:r w:rsidR="00EA09C3">
              <w:rPr>
                <w:b/>
              </w:rPr>
              <w:t>18.09.</w:t>
            </w:r>
            <w:r>
              <w:rPr>
                <w:b/>
              </w:rPr>
              <w:t xml:space="preserve"> 2026</w:t>
            </w:r>
          </w:p>
        </w:tc>
      </w:tr>
    </w:tbl>
    <w:p w14:paraId="4368387F" w14:textId="77777777" w:rsidR="00FC4FE5" w:rsidRDefault="00FC4FE5"/>
    <w:p w14:paraId="104C4BD0" w14:textId="77777777" w:rsidR="00FC4FE5" w:rsidRDefault="00000000">
      <w:pPr>
        <w:jc w:val="center"/>
      </w:pPr>
      <w:r>
        <w:rPr>
          <w:b/>
          <w:sz w:val="26"/>
        </w:rPr>
        <w:t>RAPORT DE SPECIALITATE</w:t>
      </w:r>
    </w:p>
    <w:p w14:paraId="5A051EB6" w14:textId="77777777" w:rsidR="00FC4FE5" w:rsidRDefault="00000000">
      <w:pPr>
        <w:jc w:val="center"/>
      </w:pPr>
      <w:r>
        <w:rPr>
          <w:b/>
        </w:rPr>
        <w:t xml:space="preserve">la </w:t>
      </w:r>
      <w:proofErr w:type="spellStart"/>
      <w:r>
        <w:rPr>
          <w:b/>
        </w:rPr>
        <w:t>proiectul</w:t>
      </w:r>
      <w:proofErr w:type="spellEnd"/>
      <w:r>
        <w:rPr>
          <w:b/>
        </w:rPr>
        <w:t xml:space="preserve"> de </w:t>
      </w:r>
      <w:proofErr w:type="spellStart"/>
      <w:r>
        <w:rPr>
          <w:b/>
        </w:rPr>
        <w:t>hotărâre</w:t>
      </w:r>
      <w:proofErr w:type="spellEnd"/>
      <w:r>
        <w:rPr>
          <w:b/>
        </w:rPr>
        <w:t xml:space="preserve"> </w:t>
      </w:r>
      <w:proofErr w:type="spellStart"/>
      <w:r>
        <w:rPr>
          <w:b/>
        </w:rPr>
        <w:t>privind</w:t>
      </w:r>
      <w:proofErr w:type="spellEnd"/>
      <w:r>
        <w:rPr>
          <w:b/>
        </w:rPr>
        <w:t xml:space="preserve"> </w:t>
      </w:r>
      <w:proofErr w:type="spellStart"/>
      <w:r>
        <w:rPr>
          <w:b/>
        </w:rPr>
        <w:t>alegerea</w:t>
      </w:r>
      <w:proofErr w:type="spellEnd"/>
      <w:r>
        <w:rPr>
          <w:b/>
        </w:rPr>
        <w:t xml:space="preserve"> </w:t>
      </w:r>
      <w:proofErr w:type="spellStart"/>
      <w:r>
        <w:rPr>
          <w:b/>
        </w:rPr>
        <w:t>președintelui</w:t>
      </w:r>
      <w:proofErr w:type="spellEnd"/>
      <w:r>
        <w:rPr>
          <w:b/>
        </w:rPr>
        <w:t xml:space="preserve"> de </w:t>
      </w:r>
      <w:proofErr w:type="spellStart"/>
      <w:r>
        <w:rPr>
          <w:b/>
        </w:rPr>
        <w:t>ședință</w:t>
      </w:r>
      <w:proofErr w:type="spellEnd"/>
      <w:r>
        <w:rPr>
          <w:b/>
        </w:rPr>
        <w:t xml:space="preserve"> al </w:t>
      </w:r>
      <w:proofErr w:type="spellStart"/>
      <w:r>
        <w:rPr>
          <w:b/>
        </w:rPr>
        <w:t>Consiliului</w:t>
      </w:r>
      <w:proofErr w:type="spellEnd"/>
      <w:r>
        <w:rPr>
          <w:b/>
        </w:rPr>
        <w:t xml:space="preserve"> Local al </w:t>
      </w:r>
      <w:proofErr w:type="spellStart"/>
      <w:r>
        <w:rPr>
          <w:b/>
        </w:rPr>
        <w:t>Comunei</w:t>
      </w:r>
      <w:proofErr w:type="spellEnd"/>
      <w:r>
        <w:rPr>
          <w:b/>
        </w:rPr>
        <w:t xml:space="preserve"> Bucov </w:t>
      </w:r>
      <w:proofErr w:type="spellStart"/>
      <w:r>
        <w:rPr>
          <w:b/>
        </w:rPr>
        <w:t>pentru</w:t>
      </w:r>
      <w:proofErr w:type="spellEnd"/>
      <w:r>
        <w:rPr>
          <w:b/>
        </w:rPr>
        <w:t xml:space="preserve"> </w:t>
      </w:r>
      <w:proofErr w:type="spellStart"/>
      <w:r>
        <w:rPr>
          <w:b/>
        </w:rPr>
        <w:t>lunile</w:t>
      </w:r>
      <w:proofErr w:type="spellEnd"/>
      <w:r>
        <w:rPr>
          <w:b/>
        </w:rPr>
        <w:t xml:space="preserve"> </w:t>
      </w:r>
      <w:proofErr w:type="spellStart"/>
      <w:r>
        <w:rPr>
          <w:b/>
        </w:rPr>
        <w:t>septembrie</w:t>
      </w:r>
      <w:proofErr w:type="spellEnd"/>
      <w:r>
        <w:rPr>
          <w:b/>
        </w:rPr>
        <w:t xml:space="preserve">, </w:t>
      </w:r>
      <w:proofErr w:type="spellStart"/>
      <w:r>
        <w:rPr>
          <w:b/>
        </w:rPr>
        <w:t>octombrie</w:t>
      </w:r>
      <w:proofErr w:type="spellEnd"/>
      <w:r>
        <w:rPr>
          <w:b/>
        </w:rPr>
        <w:t xml:space="preserve"> și </w:t>
      </w:r>
      <w:proofErr w:type="spellStart"/>
      <w:r>
        <w:rPr>
          <w:b/>
        </w:rPr>
        <w:t>noiembrie</w:t>
      </w:r>
      <w:proofErr w:type="spellEnd"/>
      <w:r>
        <w:rPr>
          <w:b/>
        </w:rPr>
        <w:t xml:space="preserve"> 2026</w:t>
      </w:r>
    </w:p>
    <w:p w14:paraId="78108A2C" w14:textId="77777777" w:rsidR="00BD0BC4" w:rsidRDefault="00BD0BC4">
      <w:pPr>
        <w:ind w:firstLine="567"/>
        <w:jc w:val="both"/>
      </w:pPr>
    </w:p>
    <w:p w14:paraId="49532430" w14:textId="77777777" w:rsidR="00BD0BC4" w:rsidRDefault="00BD0BC4">
      <w:pPr>
        <w:ind w:firstLine="567"/>
        <w:jc w:val="both"/>
      </w:pPr>
    </w:p>
    <w:p w14:paraId="38BD70E8" w14:textId="77777777" w:rsidR="00BD0BC4" w:rsidRDefault="00BD0BC4">
      <w:pPr>
        <w:ind w:firstLine="567"/>
        <w:jc w:val="both"/>
      </w:pPr>
    </w:p>
    <w:p w14:paraId="11781625" w14:textId="15A0111E" w:rsidR="00FC4FE5" w:rsidRDefault="00000000">
      <w:pPr>
        <w:ind w:firstLine="567"/>
        <w:jc w:val="both"/>
      </w:pPr>
      <w:proofErr w:type="spellStart"/>
      <w:r>
        <w:t>Proiectul</w:t>
      </w:r>
      <w:proofErr w:type="spellEnd"/>
      <w:r>
        <w:t xml:space="preserve"> de </w:t>
      </w:r>
      <w:proofErr w:type="spellStart"/>
      <w:r>
        <w:t>hotărâre</w:t>
      </w:r>
      <w:proofErr w:type="spellEnd"/>
      <w:r>
        <w:t xml:space="preserve"> are ca </w:t>
      </w:r>
      <w:proofErr w:type="spellStart"/>
      <w:r>
        <w:t>obiect</w:t>
      </w:r>
      <w:proofErr w:type="spellEnd"/>
      <w:r>
        <w:t xml:space="preserve"> </w:t>
      </w:r>
      <w:proofErr w:type="spellStart"/>
      <w:r>
        <w:t>alegerea</w:t>
      </w:r>
      <w:proofErr w:type="spellEnd"/>
      <w:r>
        <w:t xml:space="preserve"> </w:t>
      </w:r>
      <w:proofErr w:type="spellStart"/>
      <w:r>
        <w:t>domnului</w:t>
      </w:r>
      <w:proofErr w:type="spellEnd"/>
      <w:r>
        <w:t xml:space="preserve"> Nicolescu Nicolae, </w:t>
      </w:r>
      <w:proofErr w:type="spellStart"/>
      <w:r>
        <w:t>consilier</w:t>
      </w:r>
      <w:proofErr w:type="spellEnd"/>
      <w:r>
        <w:t xml:space="preserve"> local, </w:t>
      </w:r>
      <w:proofErr w:type="spellStart"/>
      <w:r>
        <w:t>în</w:t>
      </w:r>
      <w:proofErr w:type="spellEnd"/>
      <w:r>
        <w:t xml:space="preserve"> </w:t>
      </w:r>
      <w:proofErr w:type="spellStart"/>
      <w:r>
        <w:t>funcția</w:t>
      </w:r>
      <w:proofErr w:type="spellEnd"/>
      <w:r>
        <w:t xml:space="preserve"> de </w:t>
      </w:r>
      <w:proofErr w:type="spellStart"/>
      <w:r>
        <w:t>președinte</w:t>
      </w:r>
      <w:proofErr w:type="spellEnd"/>
      <w:r>
        <w:t xml:space="preserve"> de </w:t>
      </w:r>
      <w:proofErr w:type="spellStart"/>
      <w:r>
        <w:t>ședință</w:t>
      </w:r>
      <w:proofErr w:type="spellEnd"/>
      <w:r>
        <w:t xml:space="preserve"> al </w:t>
      </w:r>
      <w:proofErr w:type="spellStart"/>
      <w:r>
        <w:t>Consiliului</w:t>
      </w:r>
      <w:proofErr w:type="spellEnd"/>
      <w:r>
        <w:t xml:space="preserve"> Local al </w:t>
      </w:r>
      <w:proofErr w:type="spellStart"/>
      <w:r>
        <w:t>Comunei</w:t>
      </w:r>
      <w:proofErr w:type="spellEnd"/>
      <w:r>
        <w:t xml:space="preserve"> Bucov </w:t>
      </w:r>
      <w:proofErr w:type="spellStart"/>
      <w:r>
        <w:t>pentru</w:t>
      </w:r>
      <w:proofErr w:type="spellEnd"/>
      <w:r>
        <w:t xml:space="preserve"> o </w:t>
      </w:r>
      <w:proofErr w:type="spellStart"/>
      <w:r>
        <w:t>perioadă</w:t>
      </w:r>
      <w:proofErr w:type="spellEnd"/>
      <w:r>
        <w:t xml:space="preserve"> de 3 </w:t>
      </w:r>
      <w:proofErr w:type="spellStart"/>
      <w:r>
        <w:t>luni</w:t>
      </w:r>
      <w:proofErr w:type="spellEnd"/>
      <w:r>
        <w:t xml:space="preserve">, </w:t>
      </w:r>
      <w:proofErr w:type="spellStart"/>
      <w:r>
        <w:t>corespunzătoare</w:t>
      </w:r>
      <w:proofErr w:type="spellEnd"/>
      <w:r>
        <w:t xml:space="preserve"> </w:t>
      </w:r>
      <w:proofErr w:type="spellStart"/>
      <w:r>
        <w:t>lunilor</w:t>
      </w:r>
      <w:proofErr w:type="spellEnd"/>
      <w:r>
        <w:t xml:space="preserve"> </w:t>
      </w:r>
      <w:proofErr w:type="spellStart"/>
      <w:r>
        <w:t>septembrie</w:t>
      </w:r>
      <w:proofErr w:type="spellEnd"/>
      <w:r>
        <w:t xml:space="preserve">, </w:t>
      </w:r>
      <w:proofErr w:type="spellStart"/>
      <w:r>
        <w:t>octombrie</w:t>
      </w:r>
      <w:proofErr w:type="spellEnd"/>
      <w:r>
        <w:t xml:space="preserve"> și </w:t>
      </w:r>
      <w:proofErr w:type="spellStart"/>
      <w:r>
        <w:t>noiembrie</w:t>
      </w:r>
      <w:proofErr w:type="spellEnd"/>
      <w:r>
        <w:t xml:space="preserve"> 2026.</w:t>
      </w:r>
    </w:p>
    <w:p w14:paraId="46F63DBE" w14:textId="77777777" w:rsidR="00FC4FE5" w:rsidRDefault="00000000">
      <w:pPr>
        <w:ind w:firstLine="567"/>
        <w:jc w:val="both"/>
      </w:pPr>
      <w:r>
        <w:t xml:space="preserve">Conform art. 123 </w:t>
      </w:r>
      <w:proofErr w:type="spellStart"/>
      <w:r>
        <w:t>alin</w:t>
      </w:r>
      <w:proofErr w:type="spellEnd"/>
      <w:r>
        <w:t xml:space="preserve">. (1) din </w:t>
      </w:r>
      <w:proofErr w:type="spellStart"/>
      <w:r>
        <w:t>Codul</w:t>
      </w:r>
      <w:proofErr w:type="spellEnd"/>
      <w:r>
        <w:t xml:space="preserve"> </w:t>
      </w:r>
      <w:proofErr w:type="spellStart"/>
      <w:r>
        <w:t>administrativ</w:t>
      </w:r>
      <w:proofErr w:type="spellEnd"/>
      <w:r>
        <w:t xml:space="preserve">, </w:t>
      </w:r>
      <w:proofErr w:type="spellStart"/>
      <w:r>
        <w:t>președintele</w:t>
      </w:r>
      <w:proofErr w:type="spellEnd"/>
      <w:r>
        <w:t xml:space="preserve"> de </w:t>
      </w:r>
      <w:proofErr w:type="spellStart"/>
      <w:r>
        <w:t>ședință</w:t>
      </w:r>
      <w:proofErr w:type="spellEnd"/>
      <w:r>
        <w:t xml:space="preserve"> </w:t>
      </w:r>
      <w:proofErr w:type="spellStart"/>
      <w:r>
        <w:t>este</w:t>
      </w:r>
      <w:proofErr w:type="spellEnd"/>
      <w:r>
        <w:t xml:space="preserve"> ales </w:t>
      </w:r>
      <w:proofErr w:type="spellStart"/>
      <w:r>
        <w:t>dintre</w:t>
      </w:r>
      <w:proofErr w:type="spellEnd"/>
      <w:r>
        <w:t xml:space="preserve"> </w:t>
      </w:r>
      <w:proofErr w:type="spellStart"/>
      <w:r>
        <w:t>membrii</w:t>
      </w:r>
      <w:proofErr w:type="spellEnd"/>
      <w:r>
        <w:t xml:space="preserve"> </w:t>
      </w:r>
      <w:proofErr w:type="spellStart"/>
      <w:r>
        <w:t>consiliului</w:t>
      </w:r>
      <w:proofErr w:type="spellEnd"/>
      <w:r>
        <w:t xml:space="preserve"> local, pe o </w:t>
      </w:r>
      <w:proofErr w:type="spellStart"/>
      <w:r>
        <w:t>perioadă</w:t>
      </w:r>
      <w:proofErr w:type="spellEnd"/>
      <w:r>
        <w:t xml:space="preserve"> de cel </w:t>
      </w:r>
      <w:proofErr w:type="spellStart"/>
      <w:r>
        <w:t>mult</w:t>
      </w:r>
      <w:proofErr w:type="spellEnd"/>
      <w:r>
        <w:t xml:space="preserve"> 3 </w:t>
      </w:r>
      <w:proofErr w:type="spellStart"/>
      <w:r>
        <w:t>luni</w:t>
      </w:r>
      <w:proofErr w:type="spellEnd"/>
      <w:r>
        <w:t xml:space="preserve">, </w:t>
      </w:r>
      <w:proofErr w:type="spellStart"/>
      <w:r>
        <w:t>prin</w:t>
      </w:r>
      <w:proofErr w:type="spellEnd"/>
      <w:r>
        <w:t xml:space="preserve"> </w:t>
      </w:r>
      <w:proofErr w:type="spellStart"/>
      <w:r>
        <w:t>vot</w:t>
      </w:r>
      <w:proofErr w:type="spellEnd"/>
      <w:r>
        <w:t xml:space="preserve"> </w:t>
      </w:r>
      <w:proofErr w:type="spellStart"/>
      <w:r>
        <w:t>deschis</w:t>
      </w:r>
      <w:proofErr w:type="spellEnd"/>
      <w:r>
        <w:t xml:space="preserve">, cu </w:t>
      </w:r>
      <w:proofErr w:type="spellStart"/>
      <w:r>
        <w:t>majoritate</w:t>
      </w:r>
      <w:proofErr w:type="spellEnd"/>
      <w:r>
        <w:t xml:space="preserve"> </w:t>
      </w:r>
      <w:proofErr w:type="spellStart"/>
      <w:r>
        <w:t>simplă</w:t>
      </w:r>
      <w:proofErr w:type="spellEnd"/>
      <w:r>
        <w:t xml:space="preserve">. </w:t>
      </w:r>
      <w:proofErr w:type="spellStart"/>
      <w:r>
        <w:t>Perioada</w:t>
      </w:r>
      <w:proofErr w:type="spellEnd"/>
      <w:r>
        <w:t xml:space="preserve"> </w:t>
      </w:r>
      <w:proofErr w:type="spellStart"/>
      <w:r>
        <w:t>propusă</w:t>
      </w:r>
      <w:proofErr w:type="spellEnd"/>
      <w:r>
        <w:t xml:space="preserve"> </w:t>
      </w:r>
      <w:proofErr w:type="spellStart"/>
      <w:r>
        <w:t>respectă</w:t>
      </w:r>
      <w:proofErr w:type="spellEnd"/>
      <w:r>
        <w:t xml:space="preserve"> </w:t>
      </w:r>
      <w:proofErr w:type="spellStart"/>
      <w:r>
        <w:t>limita</w:t>
      </w:r>
      <w:proofErr w:type="spellEnd"/>
      <w:r>
        <w:t xml:space="preserve"> </w:t>
      </w:r>
      <w:proofErr w:type="spellStart"/>
      <w:r>
        <w:t>legală</w:t>
      </w:r>
      <w:proofErr w:type="spellEnd"/>
      <w:r>
        <w:t>.</w:t>
      </w:r>
    </w:p>
    <w:p w14:paraId="6FAB739E" w14:textId="77777777" w:rsidR="00FC4FE5" w:rsidRDefault="00000000">
      <w:pPr>
        <w:ind w:firstLine="567"/>
        <w:jc w:val="both"/>
      </w:pPr>
      <w:proofErr w:type="spellStart"/>
      <w:r>
        <w:t>Atribuțiile</w:t>
      </w:r>
      <w:proofErr w:type="spellEnd"/>
      <w:r>
        <w:t xml:space="preserve"> </w:t>
      </w:r>
      <w:proofErr w:type="spellStart"/>
      <w:r>
        <w:t>principale</w:t>
      </w:r>
      <w:proofErr w:type="spellEnd"/>
      <w:r>
        <w:t xml:space="preserve"> ale </w:t>
      </w:r>
      <w:proofErr w:type="spellStart"/>
      <w:r>
        <w:t>președintelui</w:t>
      </w:r>
      <w:proofErr w:type="spellEnd"/>
      <w:r>
        <w:t xml:space="preserve"> de </w:t>
      </w:r>
      <w:proofErr w:type="spellStart"/>
      <w:r>
        <w:t>ședință</w:t>
      </w:r>
      <w:proofErr w:type="spellEnd"/>
      <w:r>
        <w:t xml:space="preserve"> sunt </w:t>
      </w:r>
      <w:proofErr w:type="spellStart"/>
      <w:r>
        <w:t>prevăzute</w:t>
      </w:r>
      <w:proofErr w:type="spellEnd"/>
      <w:r>
        <w:t xml:space="preserve"> la art. 123 </w:t>
      </w:r>
      <w:proofErr w:type="spellStart"/>
      <w:r>
        <w:t>alin</w:t>
      </w:r>
      <w:proofErr w:type="spellEnd"/>
      <w:r>
        <w:t xml:space="preserve">. (4) din </w:t>
      </w:r>
      <w:proofErr w:type="spellStart"/>
      <w:r>
        <w:t>Codul</w:t>
      </w:r>
      <w:proofErr w:type="spellEnd"/>
      <w:r>
        <w:t xml:space="preserve"> </w:t>
      </w:r>
      <w:proofErr w:type="spellStart"/>
      <w:r>
        <w:t>administrativ</w:t>
      </w:r>
      <w:proofErr w:type="spellEnd"/>
      <w:r>
        <w:t xml:space="preserve"> și </w:t>
      </w:r>
      <w:proofErr w:type="spellStart"/>
      <w:r>
        <w:t>privesc</w:t>
      </w:r>
      <w:proofErr w:type="spellEnd"/>
      <w:r>
        <w:t xml:space="preserve">, </w:t>
      </w:r>
      <w:proofErr w:type="spellStart"/>
      <w:r>
        <w:t>între</w:t>
      </w:r>
      <w:proofErr w:type="spellEnd"/>
      <w:r>
        <w:t xml:space="preserve"> </w:t>
      </w:r>
      <w:proofErr w:type="spellStart"/>
      <w:r>
        <w:t>altele</w:t>
      </w:r>
      <w:proofErr w:type="spellEnd"/>
      <w:r>
        <w:t xml:space="preserve">, </w:t>
      </w:r>
      <w:proofErr w:type="spellStart"/>
      <w:r>
        <w:t>conducerea</w:t>
      </w:r>
      <w:proofErr w:type="spellEnd"/>
      <w:r>
        <w:t xml:space="preserve"> </w:t>
      </w:r>
      <w:proofErr w:type="spellStart"/>
      <w:r>
        <w:t>ședințelor</w:t>
      </w:r>
      <w:proofErr w:type="spellEnd"/>
      <w:r>
        <w:t xml:space="preserve">, </w:t>
      </w:r>
      <w:proofErr w:type="spellStart"/>
      <w:r>
        <w:t>supunerea</w:t>
      </w:r>
      <w:proofErr w:type="spellEnd"/>
      <w:r>
        <w:t xml:space="preserve"> la </w:t>
      </w:r>
      <w:proofErr w:type="spellStart"/>
      <w:r>
        <w:t>vot</w:t>
      </w:r>
      <w:proofErr w:type="spellEnd"/>
      <w:r>
        <w:t xml:space="preserve"> a </w:t>
      </w:r>
      <w:proofErr w:type="spellStart"/>
      <w:r>
        <w:t>proiectelor</w:t>
      </w:r>
      <w:proofErr w:type="spellEnd"/>
      <w:r>
        <w:t xml:space="preserve"> și </w:t>
      </w:r>
      <w:proofErr w:type="spellStart"/>
      <w:r>
        <w:t>anunțarea</w:t>
      </w:r>
      <w:proofErr w:type="spellEnd"/>
      <w:r>
        <w:t xml:space="preserve"> </w:t>
      </w:r>
      <w:proofErr w:type="spellStart"/>
      <w:r>
        <w:t>rezultatului</w:t>
      </w:r>
      <w:proofErr w:type="spellEnd"/>
      <w:r>
        <w:t xml:space="preserve"> </w:t>
      </w:r>
      <w:proofErr w:type="spellStart"/>
      <w:r>
        <w:t>votării</w:t>
      </w:r>
      <w:proofErr w:type="spellEnd"/>
      <w:r>
        <w:t xml:space="preserve">, </w:t>
      </w:r>
      <w:proofErr w:type="spellStart"/>
      <w:r>
        <w:t>semnarea</w:t>
      </w:r>
      <w:proofErr w:type="spellEnd"/>
      <w:r>
        <w:t xml:space="preserve"> </w:t>
      </w:r>
      <w:proofErr w:type="spellStart"/>
      <w:r>
        <w:t>proceselor</w:t>
      </w:r>
      <w:proofErr w:type="spellEnd"/>
      <w:r>
        <w:t xml:space="preserve">-verbale și a </w:t>
      </w:r>
      <w:proofErr w:type="spellStart"/>
      <w:r>
        <w:t>hotărârilor</w:t>
      </w:r>
      <w:proofErr w:type="spellEnd"/>
      <w:r>
        <w:t xml:space="preserve">, precum și </w:t>
      </w:r>
      <w:proofErr w:type="spellStart"/>
      <w:r>
        <w:t>asigurarea</w:t>
      </w:r>
      <w:proofErr w:type="spellEnd"/>
      <w:r>
        <w:t xml:space="preserve"> </w:t>
      </w:r>
      <w:proofErr w:type="spellStart"/>
      <w:r>
        <w:t>ordinii</w:t>
      </w:r>
      <w:proofErr w:type="spellEnd"/>
      <w:r>
        <w:t xml:space="preserve"> </w:t>
      </w:r>
      <w:proofErr w:type="spellStart"/>
      <w:r>
        <w:t>în</w:t>
      </w:r>
      <w:proofErr w:type="spellEnd"/>
      <w:r>
        <w:t xml:space="preserve"> </w:t>
      </w:r>
      <w:proofErr w:type="spellStart"/>
      <w:r>
        <w:t>timpul</w:t>
      </w:r>
      <w:proofErr w:type="spellEnd"/>
      <w:r>
        <w:t xml:space="preserve"> </w:t>
      </w:r>
      <w:proofErr w:type="spellStart"/>
      <w:r>
        <w:t>ședințelor</w:t>
      </w:r>
      <w:proofErr w:type="spellEnd"/>
      <w:r>
        <w:t>.</w:t>
      </w:r>
    </w:p>
    <w:p w14:paraId="1F7F6D2F" w14:textId="77777777" w:rsidR="00FC4FE5" w:rsidRDefault="00000000">
      <w:pPr>
        <w:ind w:firstLine="567"/>
        <w:jc w:val="both"/>
      </w:pPr>
      <w:proofErr w:type="spellStart"/>
      <w:r>
        <w:t>Proiectul</w:t>
      </w:r>
      <w:proofErr w:type="spellEnd"/>
      <w:r>
        <w:t xml:space="preserve"> se </w:t>
      </w:r>
      <w:proofErr w:type="spellStart"/>
      <w:r>
        <w:t>adoptă</w:t>
      </w:r>
      <w:proofErr w:type="spellEnd"/>
      <w:r>
        <w:t xml:space="preserve"> cu </w:t>
      </w:r>
      <w:proofErr w:type="spellStart"/>
      <w:r>
        <w:t>majoritate</w:t>
      </w:r>
      <w:proofErr w:type="spellEnd"/>
      <w:r>
        <w:t xml:space="preserve"> </w:t>
      </w:r>
      <w:proofErr w:type="spellStart"/>
      <w:r>
        <w:t>simplă</w:t>
      </w:r>
      <w:proofErr w:type="spellEnd"/>
      <w:r>
        <w:t xml:space="preserve">, </w:t>
      </w:r>
      <w:proofErr w:type="spellStart"/>
      <w:r>
        <w:t>în</w:t>
      </w:r>
      <w:proofErr w:type="spellEnd"/>
      <w:r>
        <w:t xml:space="preserve"> </w:t>
      </w:r>
      <w:proofErr w:type="spellStart"/>
      <w:r>
        <w:t>sensul</w:t>
      </w:r>
      <w:proofErr w:type="spellEnd"/>
      <w:r>
        <w:t xml:space="preserve"> art. 5 lit. ee) și art. 139 </w:t>
      </w:r>
      <w:proofErr w:type="spellStart"/>
      <w:r>
        <w:t>alin</w:t>
      </w:r>
      <w:proofErr w:type="spellEnd"/>
      <w:r>
        <w:t xml:space="preserve">. (1) din </w:t>
      </w:r>
      <w:proofErr w:type="spellStart"/>
      <w:r>
        <w:t>Codul</w:t>
      </w:r>
      <w:proofErr w:type="spellEnd"/>
      <w:r>
        <w:t xml:space="preserve"> </w:t>
      </w:r>
      <w:proofErr w:type="spellStart"/>
      <w:r>
        <w:t>administrativ</w:t>
      </w:r>
      <w:proofErr w:type="spellEnd"/>
      <w:r>
        <w:t xml:space="preserve">. </w:t>
      </w:r>
      <w:proofErr w:type="spellStart"/>
      <w:r>
        <w:t>În</w:t>
      </w:r>
      <w:proofErr w:type="spellEnd"/>
      <w:r>
        <w:t xml:space="preserve"> </w:t>
      </w:r>
      <w:proofErr w:type="spellStart"/>
      <w:r>
        <w:t>raport</w:t>
      </w:r>
      <w:proofErr w:type="spellEnd"/>
      <w:r>
        <w:t xml:space="preserve"> cu </w:t>
      </w:r>
      <w:proofErr w:type="spellStart"/>
      <w:r>
        <w:t>obiectul</w:t>
      </w:r>
      <w:proofErr w:type="spellEnd"/>
      <w:r>
        <w:t xml:space="preserve"> </w:t>
      </w:r>
      <w:proofErr w:type="spellStart"/>
      <w:r>
        <w:t>reglementării</w:t>
      </w:r>
      <w:proofErr w:type="spellEnd"/>
      <w:r>
        <w:t xml:space="preserve"> și cu </w:t>
      </w:r>
      <w:proofErr w:type="spellStart"/>
      <w:r>
        <w:t>dispozițiile</w:t>
      </w:r>
      <w:proofErr w:type="spellEnd"/>
      <w:r>
        <w:t xml:space="preserve"> </w:t>
      </w:r>
      <w:proofErr w:type="spellStart"/>
      <w:r>
        <w:t>legale</w:t>
      </w:r>
      <w:proofErr w:type="spellEnd"/>
      <w:r>
        <w:t xml:space="preserve"> </w:t>
      </w:r>
      <w:proofErr w:type="spellStart"/>
      <w:r>
        <w:t>menționate</w:t>
      </w:r>
      <w:proofErr w:type="spellEnd"/>
      <w:r>
        <w:t xml:space="preserve">, </w:t>
      </w:r>
      <w:proofErr w:type="spellStart"/>
      <w:r>
        <w:t>apreciem</w:t>
      </w:r>
      <w:proofErr w:type="spellEnd"/>
      <w:r>
        <w:t xml:space="preserve"> </w:t>
      </w:r>
      <w:proofErr w:type="spellStart"/>
      <w:r>
        <w:t>că</w:t>
      </w:r>
      <w:proofErr w:type="spellEnd"/>
      <w:r>
        <w:t xml:space="preserve"> </w:t>
      </w:r>
      <w:proofErr w:type="spellStart"/>
      <w:r>
        <w:t>proiectul</w:t>
      </w:r>
      <w:proofErr w:type="spellEnd"/>
      <w:r>
        <w:t xml:space="preserve"> </w:t>
      </w:r>
      <w:proofErr w:type="spellStart"/>
      <w:r>
        <w:t>poate</w:t>
      </w:r>
      <w:proofErr w:type="spellEnd"/>
      <w:r>
        <w:t xml:space="preserve"> fi </w:t>
      </w:r>
      <w:proofErr w:type="spellStart"/>
      <w:r>
        <w:t>supus</w:t>
      </w:r>
      <w:proofErr w:type="spellEnd"/>
      <w:r>
        <w:t xml:space="preserve"> </w:t>
      </w:r>
      <w:proofErr w:type="spellStart"/>
      <w:r>
        <w:t>dezbaterii</w:t>
      </w:r>
      <w:proofErr w:type="spellEnd"/>
      <w:r>
        <w:t xml:space="preserve"> și </w:t>
      </w:r>
      <w:proofErr w:type="spellStart"/>
      <w:r>
        <w:t>aprobării</w:t>
      </w:r>
      <w:proofErr w:type="spellEnd"/>
      <w:r>
        <w:t xml:space="preserve"> </w:t>
      </w:r>
      <w:proofErr w:type="spellStart"/>
      <w:r>
        <w:t>Consiliului</w:t>
      </w:r>
      <w:proofErr w:type="spellEnd"/>
      <w:r>
        <w:t xml:space="preserve"> Local al </w:t>
      </w:r>
      <w:proofErr w:type="spellStart"/>
      <w:r>
        <w:t>Comunei</w:t>
      </w:r>
      <w:proofErr w:type="spellEnd"/>
      <w:r>
        <w:t xml:space="preserve"> Bucov.</w:t>
      </w:r>
    </w:p>
    <w:p w14:paraId="768C766B" w14:textId="77777777" w:rsidR="00FC4FE5" w:rsidRDefault="00FC4FE5"/>
    <w:tbl>
      <w:tblPr>
        <w:tblW w:w="0" w:type="auto"/>
        <w:tblLayout w:type="fixed"/>
        <w:tblLook w:val="04A0" w:firstRow="1" w:lastRow="0" w:firstColumn="1" w:lastColumn="0" w:noHBand="0" w:noVBand="1"/>
      </w:tblPr>
      <w:tblGrid>
        <w:gridCol w:w="4762"/>
        <w:gridCol w:w="4762"/>
      </w:tblGrid>
      <w:tr w:rsidR="00FC4FE5" w14:paraId="5F5EECA2" w14:textId="77777777">
        <w:tc>
          <w:tcPr>
            <w:tcW w:w="4762" w:type="dxa"/>
            <w:tcMar>
              <w:top w:w="120" w:type="dxa"/>
              <w:left w:w="90" w:type="dxa"/>
              <w:bottom w:w="70" w:type="dxa"/>
              <w:right w:w="90" w:type="dxa"/>
            </w:tcMar>
          </w:tcPr>
          <w:p w14:paraId="05A7D89E" w14:textId="77777777" w:rsidR="00FC4FE5" w:rsidRDefault="00000000">
            <w:pPr>
              <w:jc w:val="center"/>
            </w:pPr>
            <w:r>
              <w:rPr>
                <w:b/>
              </w:rPr>
              <w:t>ÎNTOCMIT</w:t>
            </w:r>
            <w:r>
              <w:rPr>
                <w:b/>
              </w:rPr>
              <w:br/>
            </w:r>
            <w:proofErr w:type="spellStart"/>
            <w:r>
              <w:t>Secretarul</w:t>
            </w:r>
            <w:proofErr w:type="spellEnd"/>
            <w:r>
              <w:t xml:space="preserve"> general al </w:t>
            </w:r>
            <w:proofErr w:type="spellStart"/>
            <w:r>
              <w:t>Comunei</w:t>
            </w:r>
            <w:proofErr w:type="spellEnd"/>
            <w:r>
              <w:t xml:space="preserve"> Bucov</w:t>
            </w:r>
            <w:r>
              <w:br/>
              <w:t>Nae Florentina Cristina</w:t>
            </w:r>
            <w:r>
              <w:br/>
            </w:r>
            <w:r>
              <w:br/>
              <w:t>____________________</w:t>
            </w:r>
          </w:p>
        </w:tc>
        <w:tc>
          <w:tcPr>
            <w:tcW w:w="4762" w:type="dxa"/>
            <w:tcMar>
              <w:top w:w="120" w:type="dxa"/>
              <w:left w:w="90" w:type="dxa"/>
              <w:bottom w:w="70" w:type="dxa"/>
              <w:right w:w="90" w:type="dxa"/>
            </w:tcMar>
          </w:tcPr>
          <w:p w14:paraId="132DCEB0" w14:textId="77777777" w:rsidR="00FC4FE5" w:rsidRDefault="00FC4FE5">
            <w:pPr>
              <w:jc w:val="center"/>
            </w:pPr>
          </w:p>
        </w:tc>
      </w:tr>
    </w:tbl>
    <w:p w14:paraId="57A8F39E" w14:textId="77777777" w:rsidR="00CA5EB4" w:rsidRDefault="00CA5EB4"/>
    <w:p w14:paraId="33B47778" w14:textId="77777777" w:rsidR="006522C9" w:rsidRDefault="006522C9"/>
    <w:p w14:paraId="2322AA8A" w14:textId="77777777" w:rsidR="006522C9" w:rsidRDefault="006522C9"/>
    <w:p w14:paraId="6E63E957" w14:textId="77777777" w:rsidR="006522C9" w:rsidRDefault="006522C9"/>
    <w:p w14:paraId="175CCDBA" w14:textId="77777777" w:rsidR="006522C9" w:rsidRDefault="006522C9"/>
    <w:p w14:paraId="4BC2E651" w14:textId="77777777" w:rsidR="006522C9" w:rsidRDefault="006522C9"/>
    <w:p w14:paraId="23AA1493" w14:textId="77777777" w:rsidR="006522C9" w:rsidRDefault="006522C9"/>
    <w:p w14:paraId="1DBE1801" w14:textId="77777777" w:rsidR="006522C9" w:rsidRDefault="006522C9"/>
    <w:p w14:paraId="7428B2B1" w14:textId="77777777" w:rsidR="006522C9" w:rsidRDefault="006522C9"/>
    <w:p w14:paraId="63D7755F" w14:textId="77777777" w:rsidR="006522C9" w:rsidRDefault="006522C9"/>
    <w:p w14:paraId="39E0C7F2" w14:textId="77777777" w:rsidR="006522C9" w:rsidRDefault="006522C9"/>
    <w:p w14:paraId="2299F297" w14:textId="77777777" w:rsidR="006522C9" w:rsidRDefault="006522C9"/>
    <w:p w14:paraId="1987EB2B" w14:textId="77777777" w:rsidR="006522C9" w:rsidRDefault="006522C9"/>
    <w:p w14:paraId="05401C26" w14:textId="77777777" w:rsidR="006522C9" w:rsidRDefault="006522C9"/>
    <w:p w14:paraId="0541B7C3" w14:textId="77777777" w:rsidR="006522C9" w:rsidRDefault="006522C9"/>
    <w:p w14:paraId="0971D451" w14:textId="77777777" w:rsidR="006522C9" w:rsidRDefault="006522C9"/>
    <w:p w14:paraId="40BA7A29" w14:textId="7869D35C" w:rsidR="006522C9" w:rsidRDefault="006522C9">
      <w:r>
        <w:t xml:space="preserve">R O M Â N I </w:t>
      </w:r>
      <w:proofErr w:type="gramStart"/>
      <w:r>
        <w:t>A</w:t>
      </w:r>
      <w:proofErr w:type="gramEnd"/>
    </w:p>
    <w:p w14:paraId="0429779B" w14:textId="63DA50F1" w:rsidR="006522C9" w:rsidRDefault="006522C9">
      <w:r>
        <w:t>JUDEȚUL PRAHOVA</w:t>
      </w:r>
    </w:p>
    <w:p w14:paraId="4D1E40F3" w14:textId="1C7B8550" w:rsidR="006522C9" w:rsidRPr="006522C9" w:rsidRDefault="006522C9" w:rsidP="006522C9">
      <w:r>
        <w:t>CONSILIUL LOCAL BUCOV</w:t>
      </w:r>
    </w:p>
    <w:p w14:paraId="6F5F9570" w14:textId="77777777" w:rsidR="006522C9" w:rsidRDefault="006522C9" w:rsidP="006522C9">
      <w:pPr>
        <w:jc w:val="center"/>
        <w:rPr>
          <w:b/>
          <w:sz w:val="22"/>
        </w:rPr>
      </w:pPr>
    </w:p>
    <w:p w14:paraId="5187A4C6" w14:textId="1CAE8CE3" w:rsidR="006522C9" w:rsidRDefault="006522C9" w:rsidP="006522C9">
      <w:pPr>
        <w:jc w:val="center"/>
      </w:pPr>
      <w:r>
        <w:rPr>
          <w:b/>
          <w:sz w:val="22"/>
        </w:rPr>
        <w:t>HOTĂRÂREA</w:t>
      </w:r>
      <w:r>
        <w:rPr>
          <w:b/>
          <w:sz w:val="22"/>
        </w:rPr>
        <w:br/>
      </w:r>
      <w:r>
        <w:rPr>
          <w:b/>
        </w:rPr>
        <w:t>Nr.83/25.09. 2026</w:t>
      </w:r>
    </w:p>
    <w:p w14:paraId="5BC90E61" w14:textId="77777777" w:rsidR="006522C9" w:rsidRDefault="006522C9" w:rsidP="006522C9">
      <w:pPr>
        <w:jc w:val="center"/>
      </w:pPr>
      <w:proofErr w:type="spellStart"/>
      <w:r>
        <w:rPr>
          <w:b/>
          <w:sz w:val="24"/>
        </w:rPr>
        <w:t>privind</w:t>
      </w:r>
      <w:proofErr w:type="spellEnd"/>
      <w:r>
        <w:rPr>
          <w:b/>
          <w:sz w:val="24"/>
        </w:rPr>
        <w:t xml:space="preserve"> </w:t>
      </w:r>
      <w:proofErr w:type="spellStart"/>
      <w:r>
        <w:rPr>
          <w:b/>
          <w:sz w:val="24"/>
        </w:rPr>
        <w:t>alegerea</w:t>
      </w:r>
      <w:proofErr w:type="spellEnd"/>
      <w:r>
        <w:rPr>
          <w:b/>
          <w:sz w:val="24"/>
        </w:rPr>
        <w:t xml:space="preserve"> </w:t>
      </w:r>
      <w:proofErr w:type="spellStart"/>
      <w:r>
        <w:rPr>
          <w:b/>
          <w:sz w:val="24"/>
        </w:rPr>
        <w:t>președintelui</w:t>
      </w:r>
      <w:proofErr w:type="spellEnd"/>
      <w:r>
        <w:rPr>
          <w:b/>
          <w:sz w:val="24"/>
        </w:rPr>
        <w:t xml:space="preserve"> de </w:t>
      </w:r>
      <w:proofErr w:type="spellStart"/>
      <w:r>
        <w:rPr>
          <w:b/>
          <w:sz w:val="24"/>
        </w:rPr>
        <w:t>ședință</w:t>
      </w:r>
      <w:proofErr w:type="spellEnd"/>
      <w:r>
        <w:rPr>
          <w:b/>
          <w:sz w:val="24"/>
        </w:rPr>
        <w:t xml:space="preserve"> al </w:t>
      </w:r>
      <w:proofErr w:type="spellStart"/>
      <w:r>
        <w:rPr>
          <w:b/>
          <w:sz w:val="24"/>
        </w:rPr>
        <w:t>Consiliului</w:t>
      </w:r>
      <w:proofErr w:type="spellEnd"/>
      <w:r>
        <w:rPr>
          <w:b/>
          <w:sz w:val="24"/>
        </w:rPr>
        <w:t xml:space="preserve"> Local al </w:t>
      </w:r>
      <w:proofErr w:type="spellStart"/>
      <w:r>
        <w:rPr>
          <w:b/>
          <w:sz w:val="24"/>
        </w:rPr>
        <w:t>Comunei</w:t>
      </w:r>
      <w:proofErr w:type="spellEnd"/>
      <w:r>
        <w:rPr>
          <w:b/>
          <w:sz w:val="24"/>
        </w:rPr>
        <w:t xml:space="preserve"> Bucov </w:t>
      </w:r>
      <w:proofErr w:type="spellStart"/>
      <w:r>
        <w:rPr>
          <w:b/>
          <w:sz w:val="24"/>
        </w:rPr>
        <w:t>pentru</w:t>
      </w:r>
      <w:proofErr w:type="spellEnd"/>
      <w:r>
        <w:rPr>
          <w:b/>
          <w:sz w:val="24"/>
        </w:rPr>
        <w:t xml:space="preserve"> </w:t>
      </w:r>
      <w:proofErr w:type="spellStart"/>
      <w:r>
        <w:rPr>
          <w:b/>
          <w:sz w:val="24"/>
        </w:rPr>
        <w:t>lunile</w:t>
      </w:r>
      <w:proofErr w:type="spellEnd"/>
      <w:r>
        <w:rPr>
          <w:b/>
          <w:sz w:val="24"/>
        </w:rPr>
        <w:t xml:space="preserve"> </w:t>
      </w:r>
      <w:proofErr w:type="spellStart"/>
      <w:r>
        <w:rPr>
          <w:b/>
          <w:sz w:val="24"/>
        </w:rPr>
        <w:t>septembrie</w:t>
      </w:r>
      <w:proofErr w:type="spellEnd"/>
      <w:r>
        <w:rPr>
          <w:b/>
          <w:sz w:val="24"/>
        </w:rPr>
        <w:t xml:space="preserve">, </w:t>
      </w:r>
      <w:proofErr w:type="spellStart"/>
      <w:r>
        <w:rPr>
          <w:b/>
          <w:sz w:val="24"/>
        </w:rPr>
        <w:t>octombrie</w:t>
      </w:r>
      <w:proofErr w:type="spellEnd"/>
      <w:r>
        <w:rPr>
          <w:b/>
          <w:sz w:val="24"/>
        </w:rPr>
        <w:t xml:space="preserve"> și </w:t>
      </w:r>
      <w:proofErr w:type="spellStart"/>
      <w:r>
        <w:rPr>
          <w:b/>
          <w:sz w:val="24"/>
        </w:rPr>
        <w:t>noiembrie</w:t>
      </w:r>
      <w:proofErr w:type="spellEnd"/>
      <w:r>
        <w:rPr>
          <w:b/>
          <w:sz w:val="24"/>
        </w:rPr>
        <w:t xml:space="preserve"> 2026</w:t>
      </w:r>
    </w:p>
    <w:p w14:paraId="4B397FE5" w14:textId="74FF9568" w:rsidR="006522C9" w:rsidRDefault="006522C9" w:rsidP="006522C9">
      <w:pPr>
        <w:ind w:firstLine="567"/>
        <w:jc w:val="both"/>
      </w:pPr>
      <w:proofErr w:type="spellStart"/>
      <w:r>
        <w:t>Consiliul</w:t>
      </w:r>
      <w:proofErr w:type="spellEnd"/>
      <w:r>
        <w:t xml:space="preserve"> Local al </w:t>
      </w:r>
      <w:proofErr w:type="spellStart"/>
      <w:r>
        <w:t>Comunei</w:t>
      </w:r>
      <w:proofErr w:type="spellEnd"/>
      <w:r>
        <w:t xml:space="preserve"> Bucov, </w:t>
      </w:r>
      <w:proofErr w:type="spellStart"/>
      <w:r>
        <w:t>județul</w:t>
      </w:r>
      <w:proofErr w:type="spellEnd"/>
      <w:r>
        <w:t xml:space="preserve"> Prahova, </w:t>
      </w:r>
      <w:proofErr w:type="spellStart"/>
      <w:r>
        <w:t>întrunit</w:t>
      </w:r>
      <w:proofErr w:type="spellEnd"/>
      <w:r>
        <w:t xml:space="preserve"> </w:t>
      </w:r>
      <w:proofErr w:type="spellStart"/>
      <w:r>
        <w:t>în</w:t>
      </w:r>
      <w:proofErr w:type="spellEnd"/>
      <w:r>
        <w:t xml:space="preserve"> </w:t>
      </w:r>
      <w:proofErr w:type="spellStart"/>
      <w:r>
        <w:t>ședința</w:t>
      </w:r>
      <w:proofErr w:type="spellEnd"/>
      <w:r>
        <w:t xml:space="preserve"> </w:t>
      </w:r>
      <w:proofErr w:type="spellStart"/>
      <w:r>
        <w:t>ordinară</w:t>
      </w:r>
      <w:proofErr w:type="spellEnd"/>
      <w:r>
        <w:t xml:space="preserve"> din data de </w:t>
      </w:r>
      <w:r>
        <w:t>25.09.</w:t>
      </w:r>
      <w:r>
        <w:t xml:space="preserve"> 2026;</w:t>
      </w:r>
    </w:p>
    <w:p w14:paraId="77EC5A2A" w14:textId="77777777" w:rsidR="006522C9" w:rsidRDefault="006522C9" w:rsidP="006522C9">
      <w:pPr>
        <w:ind w:firstLine="567"/>
        <w:jc w:val="both"/>
      </w:pPr>
      <w:proofErr w:type="spellStart"/>
      <w:r>
        <w:t>Având</w:t>
      </w:r>
      <w:proofErr w:type="spellEnd"/>
      <w:r>
        <w:t xml:space="preserve"> </w:t>
      </w:r>
      <w:proofErr w:type="spellStart"/>
      <w:r>
        <w:t>în</w:t>
      </w:r>
      <w:proofErr w:type="spellEnd"/>
      <w:r>
        <w:t xml:space="preserve"> </w:t>
      </w:r>
      <w:proofErr w:type="spellStart"/>
      <w:r>
        <w:t>vedere</w:t>
      </w:r>
      <w:proofErr w:type="spellEnd"/>
      <w:r>
        <w:t>:</w:t>
      </w:r>
    </w:p>
    <w:p w14:paraId="414C05A1" w14:textId="77777777" w:rsidR="006522C9" w:rsidRDefault="006522C9" w:rsidP="006522C9">
      <w:pPr>
        <w:ind w:left="397" w:hanging="198"/>
        <w:jc w:val="both"/>
      </w:pPr>
      <w:r>
        <w:t xml:space="preserve">– </w:t>
      </w:r>
      <w:proofErr w:type="spellStart"/>
      <w:r>
        <w:t>referatul</w:t>
      </w:r>
      <w:proofErr w:type="spellEnd"/>
      <w:r>
        <w:t xml:space="preserve"> de </w:t>
      </w:r>
      <w:proofErr w:type="spellStart"/>
      <w:r>
        <w:t>aprobare</w:t>
      </w:r>
      <w:proofErr w:type="spellEnd"/>
      <w:r>
        <w:t xml:space="preserve"> al </w:t>
      </w:r>
      <w:proofErr w:type="spellStart"/>
      <w:r>
        <w:t>inițiatorului</w:t>
      </w:r>
      <w:proofErr w:type="spellEnd"/>
      <w:r>
        <w:t xml:space="preserve">, </w:t>
      </w:r>
      <w:proofErr w:type="spellStart"/>
      <w:r>
        <w:t>înregistrat</w:t>
      </w:r>
      <w:proofErr w:type="spellEnd"/>
      <w:r>
        <w:t xml:space="preserve"> sub nr.20330/18.09.2026;</w:t>
      </w:r>
    </w:p>
    <w:p w14:paraId="1C80BB72" w14:textId="77777777" w:rsidR="006522C9" w:rsidRDefault="006522C9" w:rsidP="006522C9">
      <w:pPr>
        <w:ind w:left="397" w:hanging="198"/>
        <w:jc w:val="both"/>
      </w:pPr>
      <w:r>
        <w:t xml:space="preserve">– </w:t>
      </w:r>
      <w:proofErr w:type="spellStart"/>
      <w:r>
        <w:t>raportul</w:t>
      </w:r>
      <w:proofErr w:type="spellEnd"/>
      <w:r>
        <w:t xml:space="preserve"> </w:t>
      </w:r>
      <w:proofErr w:type="spellStart"/>
      <w:r>
        <w:t>compartimentului</w:t>
      </w:r>
      <w:proofErr w:type="spellEnd"/>
      <w:r>
        <w:t xml:space="preserve"> de </w:t>
      </w:r>
      <w:proofErr w:type="spellStart"/>
      <w:r>
        <w:t>specialitate</w:t>
      </w:r>
      <w:proofErr w:type="spellEnd"/>
      <w:r>
        <w:t xml:space="preserve">, </w:t>
      </w:r>
      <w:proofErr w:type="spellStart"/>
      <w:r>
        <w:t>înregistrat</w:t>
      </w:r>
      <w:proofErr w:type="spellEnd"/>
      <w:r>
        <w:t xml:space="preserve"> sub nr. 20331/18.09.2026;</w:t>
      </w:r>
    </w:p>
    <w:p w14:paraId="11A3C29C" w14:textId="77777777" w:rsidR="006522C9" w:rsidRDefault="006522C9" w:rsidP="006522C9">
      <w:pPr>
        <w:ind w:left="397" w:hanging="198"/>
        <w:jc w:val="both"/>
      </w:pPr>
      <w:r>
        <w:t xml:space="preserve">– </w:t>
      </w:r>
      <w:proofErr w:type="spellStart"/>
      <w:r>
        <w:t>avizul</w:t>
      </w:r>
      <w:proofErr w:type="spellEnd"/>
      <w:r>
        <w:t xml:space="preserve"> </w:t>
      </w:r>
      <w:proofErr w:type="spellStart"/>
      <w:r>
        <w:t>comisiei</w:t>
      </w:r>
      <w:proofErr w:type="spellEnd"/>
      <w:r>
        <w:t xml:space="preserve"> de </w:t>
      </w:r>
      <w:proofErr w:type="spellStart"/>
      <w:r>
        <w:t>specialitate</w:t>
      </w:r>
      <w:proofErr w:type="spellEnd"/>
      <w:r>
        <w:t xml:space="preserve"> a </w:t>
      </w:r>
      <w:proofErr w:type="spellStart"/>
      <w:r>
        <w:t>Consiliului</w:t>
      </w:r>
      <w:proofErr w:type="spellEnd"/>
      <w:r>
        <w:t xml:space="preserve"> Local al </w:t>
      </w:r>
      <w:proofErr w:type="spellStart"/>
      <w:r>
        <w:t>Comunei</w:t>
      </w:r>
      <w:proofErr w:type="spellEnd"/>
      <w:r>
        <w:t xml:space="preserve"> Bucov;</w:t>
      </w:r>
    </w:p>
    <w:p w14:paraId="526D8501" w14:textId="77777777" w:rsidR="006522C9" w:rsidRDefault="006522C9" w:rsidP="006522C9">
      <w:pPr>
        <w:ind w:left="397" w:hanging="198"/>
        <w:jc w:val="both"/>
      </w:pPr>
      <w:r>
        <w:t xml:space="preserve">– </w:t>
      </w:r>
      <w:proofErr w:type="spellStart"/>
      <w:r>
        <w:t>Regulamentul</w:t>
      </w:r>
      <w:proofErr w:type="spellEnd"/>
      <w:r>
        <w:t xml:space="preserve"> de </w:t>
      </w:r>
      <w:proofErr w:type="spellStart"/>
      <w:r>
        <w:t>organizare</w:t>
      </w:r>
      <w:proofErr w:type="spellEnd"/>
      <w:r>
        <w:t xml:space="preserve"> și </w:t>
      </w:r>
      <w:proofErr w:type="spellStart"/>
      <w:r>
        <w:t>funcționare</w:t>
      </w:r>
      <w:proofErr w:type="spellEnd"/>
      <w:r>
        <w:t xml:space="preserve"> a </w:t>
      </w:r>
      <w:proofErr w:type="spellStart"/>
      <w:r>
        <w:t>Consiliului</w:t>
      </w:r>
      <w:proofErr w:type="spellEnd"/>
      <w:r>
        <w:t xml:space="preserve"> Local al </w:t>
      </w:r>
      <w:proofErr w:type="spellStart"/>
      <w:r>
        <w:t>Comunei</w:t>
      </w:r>
      <w:proofErr w:type="spellEnd"/>
      <w:r>
        <w:t xml:space="preserve"> Bucov;</w:t>
      </w:r>
    </w:p>
    <w:p w14:paraId="4E946941" w14:textId="77777777" w:rsidR="006522C9" w:rsidRDefault="006522C9" w:rsidP="006522C9">
      <w:pPr>
        <w:ind w:firstLine="567"/>
        <w:jc w:val="both"/>
      </w:pPr>
      <w:proofErr w:type="spellStart"/>
      <w:r>
        <w:t>În</w:t>
      </w:r>
      <w:proofErr w:type="spellEnd"/>
      <w:r>
        <w:t xml:space="preserve"> </w:t>
      </w:r>
      <w:proofErr w:type="spellStart"/>
      <w:r>
        <w:t>conformitate</w:t>
      </w:r>
      <w:proofErr w:type="spellEnd"/>
      <w:r>
        <w:t xml:space="preserve"> cu </w:t>
      </w:r>
      <w:proofErr w:type="spellStart"/>
      <w:r>
        <w:t>prevederile</w:t>
      </w:r>
      <w:proofErr w:type="spellEnd"/>
      <w:r>
        <w:t xml:space="preserve"> art. 123 </w:t>
      </w:r>
      <w:proofErr w:type="spellStart"/>
      <w:r>
        <w:t>alin</w:t>
      </w:r>
      <w:proofErr w:type="spellEnd"/>
      <w:r>
        <w:t xml:space="preserve">. (1) și </w:t>
      </w:r>
      <w:proofErr w:type="spellStart"/>
      <w:r>
        <w:t>alin</w:t>
      </w:r>
      <w:proofErr w:type="spellEnd"/>
      <w:r>
        <w:t xml:space="preserve">. (4) din </w:t>
      </w:r>
      <w:proofErr w:type="spellStart"/>
      <w:r>
        <w:t>Ordonanța</w:t>
      </w:r>
      <w:proofErr w:type="spellEnd"/>
      <w:r>
        <w:t xml:space="preserve"> de </w:t>
      </w:r>
      <w:proofErr w:type="spellStart"/>
      <w:r>
        <w:t>urgență</w:t>
      </w:r>
      <w:proofErr w:type="spellEnd"/>
      <w:r>
        <w:t xml:space="preserve"> a </w:t>
      </w:r>
      <w:proofErr w:type="spellStart"/>
      <w:r>
        <w:t>Guvernului</w:t>
      </w:r>
      <w:proofErr w:type="spellEnd"/>
      <w:r>
        <w:t xml:space="preserve"> nr. 57/2019 </w:t>
      </w:r>
      <w:proofErr w:type="spellStart"/>
      <w:r>
        <w:t>privind</w:t>
      </w:r>
      <w:proofErr w:type="spellEnd"/>
      <w:r>
        <w:t xml:space="preserve"> </w:t>
      </w:r>
      <w:proofErr w:type="spellStart"/>
      <w:r>
        <w:t>Codul</w:t>
      </w:r>
      <w:proofErr w:type="spellEnd"/>
      <w:r>
        <w:t xml:space="preserve"> </w:t>
      </w:r>
      <w:proofErr w:type="spellStart"/>
      <w:r>
        <w:t>administrativ</w:t>
      </w:r>
      <w:proofErr w:type="spellEnd"/>
      <w:r>
        <w:t xml:space="preserve">, cu </w:t>
      </w:r>
      <w:proofErr w:type="spellStart"/>
      <w:r>
        <w:t>modificările</w:t>
      </w:r>
      <w:proofErr w:type="spellEnd"/>
      <w:r>
        <w:t xml:space="preserve"> și </w:t>
      </w:r>
      <w:proofErr w:type="spellStart"/>
      <w:r>
        <w:t>completările</w:t>
      </w:r>
      <w:proofErr w:type="spellEnd"/>
      <w:r>
        <w:t xml:space="preserve"> </w:t>
      </w:r>
      <w:proofErr w:type="spellStart"/>
      <w:r>
        <w:t>ulterioare</w:t>
      </w:r>
      <w:proofErr w:type="spellEnd"/>
      <w:r>
        <w:t>;</w:t>
      </w:r>
    </w:p>
    <w:p w14:paraId="2E96C00D" w14:textId="77777777" w:rsidR="006522C9" w:rsidRDefault="006522C9" w:rsidP="006522C9">
      <w:pPr>
        <w:ind w:firstLine="567"/>
        <w:jc w:val="both"/>
      </w:pPr>
      <w:proofErr w:type="spellStart"/>
      <w:r>
        <w:t>În</w:t>
      </w:r>
      <w:proofErr w:type="spellEnd"/>
      <w:r>
        <w:t xml:space="preserve"> </w:t>
      </w:r>
      <w:proofErr w:type="spellStart"/>
      <w:r>
        <w:t>temeiul</w:t>
      </w:r>
      <w:proofErr w:type="spellEnd"/>
      <w:r>
        <w:t xml:space="preserve"> art. 129 </w:t>
      </w:r>
      <w:proofErr w:type="spellStart"/>
      <w:r>
        <w:t>alin</w:t>
      </w:r>
      <w:proofErr w:type="spellEnd"/>
      <w:r>
        <w:t xml:space="preserve">. (1), art. 139 </w:t>
      </w:r>
      <w:proofErr w:type="spellStart"/>
      <w:r>
        <w:t>alin</w:t>
      </w:r>
      <w:proofErr w:type="spellEnd"/>
      <w:r>
        <w:t xml:space="preserve">. (1), </w:t>
      </w:r>
      <w:proofErr w:type="spellStart"/>
      <w:r>
        <w:t>coroborat</w:t>
      </w:r>
      <w:proofErr w:type="spellEnd"/>
      <w:r>
        <w:t xml:space="preserve"> cu art. 5 lit. ee), precum și al art. 196 </w:t>
      </w:r>
      <w:proofErr w:type="spellStart"/>
      <w:r>
        <w:t>alin</w:t>
      </w:r>
      <w:proofErr w:type="spellEnd"/>
      <w:r>
        <w:t xml:space="preserve">. (1) lit. a) din </w:t>
      </w:r>
      <w:proofErr w:type="spellStart"/>
      <w:r>
        <w:t>Ordonanța</w:t>
      </w:r>
      <w:proofErr w:type="spellEnd"/>
      <w:r>
        <w:t xml:space="preserve"> de </w:t>
      </w:r>
      <w:proofErr w:type="spellStart"/>
      <w:r>
        <w:t>urgență</w:t>
      </w:r>
      <w:proofErr w:type="spellEnd"/>
      <w:r>
        <w:t xml:space="preserve"> a </w:t>
      </w:r>
      <w:proofErr w:type="spellStart"/>
      <w:r>
        <w:t>Guvernului</w:t>
      </w:r>
      <w:proofErr w:type="spellEnd"/>
      <w:r>
        <w:t xml:space="preserve"> nr. 57/2019 </w:t>
      </w:r>
      <w:proofErr w:type="spellStart"/>
      <w:r>
        <w:t>privind</w:t>
      </w:r>
      <w:proofErr w:type="spellEnd"/>
      <w:r>
        <w:t xml:space="preserve"> </w:t>
      </w:r>
      <w:proofErr w:type="spellStart"/>
      <w:r>
        <w:t>Codul</w:t>
      </w:r>
      <w:proofErr w:type="spellEnd"/>
      <w:r>
        <w:t xml:space="preserve"> </w:t>
      </w:r>
      <w:proofErr w:type="spellStart"/>
      <w:r>
        <w:t>administrativ</w:t>
      </w:r>
      <w:proofErr w:type="spellEnd"/>
      <w:r>
        <w:t xml:space="preserve">, cu </w:t>
      </w:r>
      <w:proofErr w:type="spellStart"/>
      <w:r>
        <w:t>modificările</w:t>
      </w:r>
      <w:proofErr w:type="spellEnd"/>
      <w:r>
        <w:t xml:space="preserve"> și </w:t>
      </w:r>
      <w:proofErr w:type="spellStart"/>
      <w:r>
        <w:t>completările</w:t>
      </w:r>
      <w:proofErr w:type="spellEnd"/>
      <w:r>
        <w:t xml:space="preserve"> </w:t>
      </w:r>
      <w:proofErr w:type="spellStart"/>
      <w:r>
        <w:t>ulterioare</w:t>
      </w:r>
      <w:proofErr w:type="spellEnd"/>
      <w:r>
        <w:t>,</w:t>
      </w:r>
    </w:p>
    <w:p w14:paraId="6852799A" w14:textId="77777777" w:rsidR="006522C9" w:rsidRDefault="006522C9" w:rsidP="006522C9">
      <w:pPr>
        <w:spacing w:before="80" w:after="100"/>
        <w:jc w:val="center"/>
      </w:pPr>
      <w:r>
        <w:rPr>
          <w:b/>
          <w:sz w:val="24"/>
        </w:rPr>
        <w:t>HOTĂRĂȘTE:</w:t>
      </w:r>
    </w:p>
    <w:p w14:paraId="3F1002B4" w14:textId="5703F351" w:rsidR="006522C9" w:rsidRDefault="006522C9" w:rsidP="006522C9">
      <w:pPr>
        <w:jc w:val="both"/>
      </w:pPr>
      <w:r>
        <w:rPr>
          <w:b/>
        </w:rPr>
        <w:t>Art. 1. –</w:t>
      </w:r>
      <w:r>
        <w:t xml:space="preserve"> (</w:t>
      </w:r>
      <w:proofErr w:type="gramStart"/>
      <w:r>
        <w:t>1)Se</w:t>
      </w:r>
      <w:proofErr w:type="gramEnd"/>
      <w:r>
        <w:t xml:space="preserve"> </w:t>
      </w:r>
      <w:proofErr w:type="spellStart"/>
      <w:r>
        <w:t>alege</w:t>
      </w:r>
      <w:proofErr w:type="spellEnd"/>
      <w:r>
        <w:t xml:space="preserve"> </w:t>
      </w:r>
      <w:proofErr w:type="spellStart"/>
      <w:r>
        <w:t>domnul</w:t>
      </w:r>
      <w:proofErr w:type="spellEnd"/>
      <w:r>
        <w:t xml:space="preserve"> </w:t>
      </w:r>
      <w:r>
        <w:t xml:space="preserve">NICOLESCU NICOLAE, </w:t>
      </w:r>
      <w:proofErr w:type="spellStart"/>
      <w:r>
        <w:t>consilier</w:t>
      </w:r>
      <w:proofErr w:type="spellEnd"/>
      <w:r>
        <w:t xml:space="preserve"> local, </w:t>
      </w:r>
      <w:proofErr w:type="spellStart"/>
      <w:r>
        <w:t>în</w:t>
      </w:r>
      <w:proofErr w:type="spellEnd"/>
      <w:r>
        <w:t xml:space="preserve"> </w:t>
      </w:r>
      <w:proofErr w:type="spellStart"/>
      <w:r>
        <w:t>funcția</w:t>
      </w:r>
      <w:proofErr w:type="spellEnd"/>
      <w:r>
        <w:t xml:space="preserve"> de </w:t>
      </w:r>
      <w:proofErr w:type="spellStart"/>
      <w:r>
        <w:t>președinte</w:t>
      </w:r>
      <w:proofErr w:type="spellEnd"/>
      <w:r>
        <w:t xml:space="preserve"> de </w:t>
      </w:r>
      <w:proofErr w:type="spellStart"/>
      <w:r>
        <w:t>ședință</w:t>
      </w:r>
      <w:proofErr w:type="spellEnd"/>
      <w:r>
        <w:t xml:space="preserve"> al </w:t>
      </w:r>
      <w:proofErr w:type="spellStart"/>
      <w:r>
        <w:t>Consiliului</w:t>
      </w:r>
      <w:proofErr w:type="spellEnd"/>
      <w:r>
        <w:t xml:space="preserve"> Local al </w:t>
      </w:r>
      <w:proofErr w:type="spellStart"/>
      <w:r>
        <w:t>Comunei</w:t>
      </w:r>
      <w:proofErr w:type="spellEnd"/>
      <w:r>
        <w:t xml:space="preserve"> Bucov, </w:t>
      </w:r>
      <w:proofErr w:type="spellStart"/>
      <w:r>
        <w:t>pentru</w:t>
      </w:r>
      <w:proofErr w:type="spellEnd"/>
      <w:r>
        <w:t xml:space="preserve"> o </w:t>
      </w:r>
      <w:proofErr w:type="spellStart"/>
      <w:r>
        <w:t>perioadă</w:t>
      </w:r>
      <w:proofErr w:type="spellEnd"/>
      <w:r>
        <w:t xml:space="preserve"> de 3 </w:t>
      </w:r>
      <w:proofErr w:type="spellStart"/>
      <w:r>
        <w:t>luni</w:t>
      </w:r>
      <w:proofErr w:type="spellEnd"/>
      <w:r>
        <w:t xml:space="preserve">, </w:t>
      </w:r>
      <w:proofErr w:type="spellStart"/>
      <w:r>
        <w:t>respectiv</w:t>
      </w:r>
      <w:proofErr w:type="spellEnd"/>
      <w:r>
        <w:t xml:space="preserve"> </w:t>
      </w:r>
      <w:proofErr w:type="spellStart"/>
      <w:r>
        <w:t>pentru</w:t>
      </w:r>
      <w:proofErr w:type="spellEnd"/>
      <w:r>
        <w:t xml:space="preserve"> </w:t>
      </w:r>
      <w:proofErr w:type="spellStart"/>
      <w:r>
        <w:t>lunile</w:t>
      </w:r>
      <w:proofErr w:type="spellEnd"/>
      <w:r>
        <w:t xml:space="preserve"> </w:t>
      </w:r>
      <w:proofErr w:type="spellStart"/>
      <w:r>
        <w:t>septembrie</w:t>
      </w:r>
      <w:proofErr w:type="spellEnd"/>
      <w:r>
        <w:t xml:space="preserve">, </w:t>
      </w:r>
      <w:proofErr w:type="spellStart"/>
      <w:r>
        <w:t>octombrie</w:t>
      </w:r>
      <w:proofErr w:type="spellEnd"/>
      <w:r>
        <w:t xml:space="preserve"> și </w:t>
      </w:r>
      <w:proofErr w:type="spellStart"/>
      <w:r>
        <w:t>noiembrie</w:t>
      </w:r>
      <w:proofErr w:type="spellEnd"/>
      <w:r>
        <w:t xml:space="preserve"> 2026.</w:t>
      </w:r>
    </w:p>
    <w:p w14:paraId="64449399" w14:textId="37D90AAE" w:rsidR="006522C9" w:rsidRDefault="006522C9" w:rsidP="006522C9">
      <w:pPr>
        <w:pStyle w:val="isselectedend"/>
      </w:pPr>
      <w:r>
        <w:t xml:space="preserve">               (2) In lipsa domnului consilier</w:t>
      </w:r>
      <w:r>
        <w:t xml:space="preserve"> Nicolescu Nicolae</w:t>
      </w:r>
      <w:r>
        <w:t>, ședințele vor fi conduse de către dl consilier</w:t>
      </w:r>
      <w:r>
        <w:t xml:space="preserve"> Cojocaru Aurel</w:t>
      </w:r>
      <w:r>
        <w:t xml:space="preserve"> </w:t>
      </w:r>
    </w:p>
    <w:p w14:paraId="35DF371D" w14:textId="77777777" w:rsidR="006522C9" w:rsidRDefault="006522C9" w:rsidP="006522C9">
      <w:pPr>
        <w:pStyle w:val="isselectedend"/>
      </w:pPr>
      <w:r>
        <w:rPr>
          <w:b/>
        </w:rPr>
        <w:t>Art. 2. –</w:t>
      </w:r>
      <w:r>
        <w:t xml:space="preserve"> Pe durata prevăzută la art. 1, președintele de ședință conduce ședințele Consiliului Local al Comunei Bucov și exercită atribuțiile stabilite de art. 123 alin. (4) din Codul administrativ, de Regulamentul de organizare și funcționare a consiliului local și de celelalte dispoziții legale aplicabile.</w:t>
      </w:r>
    </w:p>
    <w:p w14:paraId="4F5227E7" w14:textId="77777777" w:rsidR="006522C9" w:rsidRDefault="006522C9" w:rsidP="006522C9">
      <w:pPr>
        <w:jc w:val="both"/>
      </w:pPr>
      <w:r>
        <w:rPr>
          <w:b/>
        </w:rPr>
        <w:t>Art. 3. –</w:t>
      </w:r>
      <w:r>
        <w:t xml:space="preserve"> </w:t>
      </w:r>
      <w:proofErr w:type="spellStart"/>
      <w:r>
        <w:t>Prezenta</w:t>
      </w:r>
      <w:proofErr w:type="spellEnd"/>
      <w:r>
        <w:t xml:space="preserve"> </w:t>
      </w:r>
      <w:proofErr w:type="spellStart"/>
      <w:r>
        <w:t>hotărâre</w:t>
      </w:r>
      <w:proofErr w:type="spellEnd"/>
      <w:r>
        <w:t xml:space="preserve"> se </w:t>
      </w:r>
      <w:proofErr w:type="spellStart"/>
      <w:r>
        <w:t>comunică</w:t>
      </w:r>
      <w:proofErr w:type="spellEnd"/>
      <w:r>
        <w:t xml:space="preserve">, </w:t>
      </w:r>
      <w:proofErr w:type="spellStart"/>
      <w:r>
        <w:t>prin</w:t>
      </w:r>
      <w:proofErr w:type="spellEnd"/>
      <w:r>
        <w:t xml:space="preserve"> </w:t>
      </w:r>
      <w:proofErr w:type="spellStart"/>
      <w:r>
        <w:t>grija</w:t>
      </w:r>
      <w:proofErr w:type="spellEnd"/>
      <w:r>
        <w:t xml:space="preserve"> </w:t>
      </w:r>
      <w:proofErr w:type="spellStart"/>
      <w:r>
        <w:t>secretarului</w:t>
      </w:r>
      <w:proofErr w:type="spellEnd"/>
      <w:r>
        <w:t xml:space="preserve"> general al </w:t>
      </w:r>
      <w:proofErr w:type="spellStart"/>
      <w:r>
        <w:t>Comunei</w:t>
      </w:r>
      <w:proofErr w:type="spellEnd"/>
      <w:r>
        <w:t xml:space="preserve"> Bucov, </w:t>
      </w:r>
      <w:proofErr w:type="spellStart"/>
      <w:r>
        <w:t>Instituției</w:t>
      </w:r>
      <w:proofErr w:type="spellEnd"/>
      <w:r>
        <w:t xml:space="preserve"> </w:t>
      </w:r>
      <w:proofErr w:type="spellStart"/>
      <w:r>
        <w:t>Prefectului</w:t>
      </w:r>
      <w:proofErr w:type="spellEnd"/>
      <w:r>
        <w:t xml:space="preserve"> – </w:t>
      </w:r>
      <w:proofErr w:type="spellStart"/>
      <w:r>
        <w:t>Județul</w:t>
      </w:r>
      <w:proofErr w:type="spellEnd"/>
      <w:r>
        <w:t xml:space="preserve"> Prahova, </w:t>
      </w:r>
      <w:proofErr w:type="spellStart"/>
      <w:r>
        <w:t>primarului</w:t>
      </w:r>
      <w:proofErr w:type="spellEnd"/>
      <w:r>
        <w:t xml:space="preserve"> </w:t>
      </w:r>
      <w:proofErr w:type="spellStart"/>
      <w:r>
        <w:t>Comunei</w:t>
      </w:r>
      <w:proofErr w:type="spellEnd"/>
      <w:r>
        <w:t xml:space="preserve"> Bucov, </w:t>
      </w:r>
      <w:proofErr w:type="spellStart"/>
      <w:r>
        <w:t>domnului</w:t>
      </w:r>
      <w:proofErr w:type="spellEnd"/>
      <w:r>
        <w:t xml:space="preserve"> Nicolescu Nicolae și se </w:t>
      </w:r>
      <w:proofErr w:type="spellStart"/>
      <w:r>
        <w:t>aduce</w:t>
      </w:r>
      <w:proofErr w:type="spellEnd"/>
      <w:r>
        <w:t xml:space="preserve"> la </w:t>
      </w:r>
      <w:proofErr w:type="spellStart"/>
      <w:r>
        <w:t>cunoștință</w:t>
      </w:r>
      <w:proofErr w:type="spellEnd"/>
      <w:r>
        <w:t xml:space="preserve"> </w:t>
      </w:r>
      <w:proofErr w:type="spellStart"/>
      <w:r>
        <w:t>publică</w:t>
      </w:r>
      <w:proofErr w:type="spellEnd"/>
      <w:r>
        <w:t xml:space="preserve"> </w:t>
      </w:r>
      <w:proofErr w:type="spellStart"/>
      <w:r>
        <w:t>prin</w:t>
      </w:r>
      <w:proofErr w:type="spellEnd"/>
      <w:r>
        <w:t xml:space="preserve"> </w:t>
      </w:r>
      <w:proofErr w:type="spellStart"/>
      <w:r>
        <w:t>publicarea</w:t>
      </w:r>
      <w:proofErr w:type="spellEnd"/>
      <w:r>
        <w:t xml:space="preserve"> </w:t>
      </w:r>
      <w:proofErr w:type="spellStart"/>
      <w:r>
        <w:t>în</w:t>
      </w:r>
      <w:proofErr w:type="spellEnd"/>
      <w:r>
        <w:t xml:space="preserve"> </w:t>
      </w:r>
      <w:proofErr w:type="spellStart"/>
      <w:r>
        <w:t>Monitorul</w:t>
      </w:r>
      <w:proofErr w:type="spellEnd"/>
      <w:r>
        <w:t xml:space="preserve"> </w:t>
      </w:r>
      <w:proofErr w:type="spellStart"/>
      <w:r>
        <w:t>Oficial</w:t>
      </w:r>
      <w:proofErr w:type="spellEnd"/>
      <w:r>
        <w:t xml:space="preserve"> Local al </w:t>
      </w:r>
      <w:proofErr w:type="spellStart"/>
      <w:r>
        <w:t>Comunei</w:t>
      </w:r>
      <w:proofErr w:type="spellEnd"/>
      <w:r>
        <w:t xml:space="preserve"> Bucov.</w:t>
      </w:r>
    </w:p>
    <w:p w14:paraId="7B522916" w14:textId="77777777" w:rsidR="00C93356" w:rsidRDefault="00C93356" w:rsidP="006522C9">
      <w:pPr>
        <w:jc w:val="both"/>
      </w:pPr>
    </w:p>
    <w:p w14:paraId="6D62A4AB" w14:textId="5E117081" w:rsidR="00C93356" w:rsidRDefault="00C93356" w:rsidP="006522C9">
      <w:pPr>
        <w:jc w:val="both"/>
      </w:pPr>
      <w:r>
        <w:t xml:space="preserve">      </w:t>
      </w:r>
      <w:proofErr w:type="spellStart"/>
      <w:r>
        <w:t>Președinte</w:t>
      </w:r>
      <w:proofErr w:type="spellEnd"/>
      <w:r>
        <w:t xml:space="preserve"> de </w:t>
      </w:r>
      <w:proofErr w:type="spellStart"/>
      <w:proofErr w:type="gramStart"/>
      <w:r>
        <w:t>ședință</w:t>
      </w:r>
      <w:proofErr w:type="spellEnd"/>
      <w:r>
        <w:t xml:space="preserve">,   </w:t>
      </w:r>
      <w:proofErr w:type="gramEnd"/>
      <w:r>
        <w:t xml:space="preserve">                                                 </w:t>
      </w:r>
      <w:proofErr w:type="spellStart"/>
      <w:r>
        <w:t>Contrasemnează</w:t>
      </w:r>
      <w:proofErr w:type="spellEnd"/>
      <w:r>
        <w:t>,</w:t>
      </w:r>
    </w:p>
    <w:p w14:paraId="0690B452" w14:textId="4CCFE1AC" w:rsidR="00C93356" w:rsidRDefault="00C93356" w:rsidP="006522C9">
      <w:pPr>
        <w:jc w:val="both"/>
      </w:pPr>
      <w:r>
        <w:t xml:space="preserve">           Nicolescu Nicolae                                                      </w:t>
      </w:r>
      <w:proofErr w:type="spellStart"/>
      <w:r>
        <w:t>Secretar</w:t>
      </w:r>
      <w:proofErr w:type="spellEnd"/>
      <w:r>
        <w:t xml:space="preserve"> General,</w:t>
      </w:r>
    </w:p>
    <w:p w14:paraId="09B3FE0E" w14:textId="541C53D7" w:rsidR="00C93356" w:rsidRDefault="00C93356" w:rsidP="006522C9">
      <w:pPr>
        <w:jc w:val="both"/>
      </w:pPr>
      <w:r>
        <w:t xml:space="preserve">                                                                                          Nae Florentina Cristina</w:t>
      </w:r>
    </w:p>
    <w:p w14:paraId="0B77EF24" w14:textId="7DE6F88D" w:rsidR="00C93356" w:rsidRDefault="00C93356" w:rsidP="006522C9">
      <w:pPr>
        <w:jc w:val="both"/>
      </w:pPr>
      <w:proofErr w:type="spellStart"/>
      <w:r>
        <w:t>Hotărârea</w:t>
      </w:r>
      <w:proofErr w:type="spellEnd"/>
      <w:r>
        <w:t xml:space="preserve"> s-</w:t>
      </w:r>
      <w:proofErr w:type="gramStart"/>
      <w:r>
        <w:t>a</w:t>
      </w:r>
      <w:proofErr w:type="gramEnd"/>
      <w:r>
        <w:t xml:space="preserve"> </w:t>
      </w:r>
      <w:proofErr w:type="spellStart"/>
      <w:r>
        <w:t>adoptat</w:t>
      </w:r>
      <w:proofErr w:type="spellEnd"/>
      <w:r>
        <w:t xml:space="preserve"> cu 17 </w:t>
      </w:r>
      <w:proofErr w:type="spellStart"/>
      <w:proofErr w:type="gramStart"/>
      <w:r>
        <w:t>voturi</w:t>
      </w:r>
      <w:proofErr w:type="spellEnd"/>
      <w:r>
        <w:t xml:space="preserve"> ”pentru</w:t>
      </w:r>
      <w:proofErr w:type="gramEnd"/>
      <w:r>
        <w:t xml:space="preserve">”,17 </w:t>
      </w:r>
      <w:proofErr w:type="spellStart"/>
      <w:r>
        <w:t>consilieri</w:t>
      </w:r>
      <w:proofErr w:type="spellEnd"/>
      <w:r>
        <w:t xml:space="preserve"> </w:t>
      </w:r>
      <w:proofErr w:type="spellStart"/>
      <w:r>
        <w:t>prezenți</w:t>
      </w:r>
      <w:proofErr w:type="spellEnd"/>
      <w:r>
        <w:t xml:space="preserve">, 17 </w:t>
      </w:r>
      <w:proofErr w:type="spellStart"/>
      <w:r>
        <w:t>consilieri</w:t>
      </w:r>
      <w:proofErr w:type="spellEnd"/>
      <w:r>
        <w:t xml:space="preserve"> </w:t>
      </w:r>
      <w:proofErr w:type="spellStart"/>
      <w:r>
        <w:t>în</w:t>
      </w:r>
      <w:proofErr w:type="spellEnd"/>
      <w:r>
        <w:t xml:space="preserve"> </w:t>
      </w:r>
      <w:proofErr w:type="spellStart"/>
      <w:r>
        <w:t>funcție</w:t>
      </w:r>
      <w:proofErr w:type="spellEnd"/>
      <w:r>
        <w:t>.</w:t>
      </w:r>
    </w:p>
    <w:p w14:paraId="1DD1B6FD" w14:textId="77777777" w:rsidR="006522C9" w:rsidRDefault="006522C9" w:rsidP="006522C9"/>
    <w:p w14:paraId="37D962B6" w14:textId="77777777" w:rsidR="006522C9" w:rsidRDefault="006522C9" w:rsidP="006522C9">
      <w:r>
        <w:br w:type="page"/>
      </w:r>
    </w:p>
    <w:p w14:paraId="49897396" w14:textId="77777777" w:rsidR="006522C9" w:rsidRDefault="006522C9"/>
    <w:sectPr w:rsidR="006522C9" w:rsidSect="00034616">
      <w:pgSz w:w="11906" w:h="16838"/>
      <w:pgMar w:top="964" w:right="1134" w:bottom="96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114709038">
    <w:abstractNumId w:val="8"/>
  </w:num>
  <w:num w:numId="2" w16cid:durableId="1774209772">
    <w:abstractNumId w:val="6"/>
  </w:num>
  <w:num w:numId="3" w16cid:durableId="42367228">
    <w:abstractNumId w:val="5"/>
  </w:num>
  <w:num w:numId="4" w16cid:durableId="458644354">
    <w:abstractNumId w:val="4"/>
  </w:num>
  <w:num w:numId="5" w16cid:durableId="2002584330">
    <w:abstractNumId w:val="7"/>
  </w:num>
  <w:num w:numId="6" w16cid:durableId="1784107267">
    <w:abstractNumId w:val="3"/>
  </w:num>
  <w:num w:numId="7" w16cid:durableId="1922132517">
    <w:abstractNumId w:val="2"/>
  </w:num>
  <w:num w:numId="8" w16cid:durableId="541483332">
    <w:abstractNumId w:val="1"/>
  </w:num>
  <w:num w:numId="9" w16cid:durableId="142964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AFE"/>
    <w:rsid w:val="00034616"/>
    <w:rsid w:val="0006063C"/>
    <w:rsid w:val="0015074B"/>
    <w:rsid w:val="00215106"/>
    <w:rsid w:val="0029639D"/>
    <w:rsid w:val="00326F90"/>
    <w:rsid w:val="00350A95"/>
    <w:rsid w:val="006522C9"/>
    <w:rsid w:val="00793FAE"/>
    <w:rsid w:val="00AA1D8D"/>
    <w:rsid w:val="00B47730"/>
    <w:rsid w:val="00BD0BC4"/>
    <w:rsid w:val="00C93356"/>
    <w:rsid w:val="00CA5EB4"/>
    <w:rsid w:val="00CA7337"/>
    <w:rsid w:val="00CB0664"/>
    <w:rsid w:val="00D96494"/>
    <w:rsid w:val="00EA09C3"/>
    <w:rsid w:val="00FC4FE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6314CB"/>
  <w14:defaultImageDpi w14:val="300"/>
  <w15:docId w15:val="{D522C51B-EA57-45DA-9676-F2FDCECBC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9" w:lineRule="auto"/>
    </w:pPr>
    <w:rPr>
      <w:rFonts w:ascii="Times New Roman" w:eastAsia="Times New Roman" w:hAnsi="Times New Roman"/>
      <w:sz w:val="23"/>
    </w:rPr>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EA09C3"/>
    <w:pPr>
      <w:spacing w:before="100" w:beforeAutospacing="1" w:after="100" w:afterAutospacing="1" w:line="240" w:lineRule="auto"/>
    </w:pPr>
    <w:rPr>
      <w:rFonts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1107</Words>
  <Characters>6425</Characters>
  <Application>Microsoft Office Word</Application>
  <DocSecurity>0</DocSecurity>
  <Lines>53</Lines>
  <Paragraphs>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7517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comunabucov@outlook.com</cp:lastModifiedBy>
  <cp:revision>5</cp:revision>
  <cp:lastPrinted>2026-09-25T09:20:00Z</cp:lastPrinted>
  <dcterms:created xsi:type="dcterms:W3CDTF">2026-09-15T10:46:00Z</dcterms:created>
  <dcterms:modified xsi:type="dcterms:W3CDTF">2026-09-25T09:20:00Z</dcterms:modified>
  <cp:category/>
</cp:coreProperties>
</file>